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887CA5" w14:textId="006B3636" w:rsidR="00A235D4" w:rsidRDefault="004E720D">
      <w:pPr>
        <w:spacing w:line="304" w:lineRule="auto"/>
        <w:jc w:val="center"/>
      </w:pPr>
      <w:r>
        <w:rPr>
          <w:noProof/>
        </w:rPr>
        <w:drawing>
          <wp:inline distT="0" distB="0" distL="0" distR="0" wp14:anchorId="2C0B5D1B" wp14:editId="4A7BE66B">
            <wp:extent cx="3898900" cy="3898900"/>
            <wp:effectExtent l="0" t="0" r="6350" b="6350"/>
            <wp:docPr id="1857350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350152" name="Picture 1857350152"/>
                    <pic:cNvPicPr/>
                  </pic:nvPicPr>
                  <pic:blipFill>
                    <a:blip r:embed="rId6"/>
                    <a:stretch>
                      <a:fillRect/>
                    </a:stretch>
                  </pic:blipFill>
                  <pic:spPr>
                    <a:xfrm>
                      <a:off x="0" y="0"/>
                      <a:ext cx="3898900" cy="3898900"/>
                    </a:xfrm>
                    <a:prstGeom prst="rect">
                      <a:avLst/>
                    </a:prstGeom>
                  </pic:spPr>
                </pic:pic>
              </a:graphicData>
            </a:graphic>
          </wp:inline>
        </w:drawing>
      </w:r>
    </w:p>
    <w:p w14:paraId="4D22ACAB" w14:textId="77777777" w:rsidR="00A235D4" w:rsidRDefault="00000000">
      <w:pPr>
        <w:pStyle w:val="Heading1"/>
        <w:spacing w:after="75" w:line="304" w:lineRule="auto"/>
        <w:jc w:val="center"/>
      </w:pPr>
      <w:r>
        <w:rPr>
          <w:rFonts w:ascii="Times New Roman" w:eastAsia="Times New Roman" w:hAnsi="Times New Roman" w:cs="Times New Roman"/>
          <w:color w:val="000000"/>
          <w:sz w:val="30"/>
        </w:rPr>
        <w:t>ĐƠN ĐĂNG KÝ THAM GIA (VIP REGISTRATION FORM)</w:t>
      </w:r>
    </w:p>
    <w:p w14:paraId="4646F715" w14:textId="77777777" w:rsidR="00A235D4" w:rsidRDefault="00000000">
      <w:pPr>
        <w:pStyle w:val="Heading2"/>
        <w:spacing w:before="0" w:line="304" w:lineRule="auto"/>
        <w:jc w:val="center"/>
      </w:pPr>
      <w:bookmarkStart w:id="0" w:name="section-1"/>
      <w:r>
        <w:rPr>
          <w:rFonts w:ascii="Times New Roman" w:eastAsia="Times New Roman" w:hAnsi="Times New Roman" w:cs="Times New Roman"/>
          <w:b w:val="0"/>
          <w:color w:val="333333"/>
          <w:sz w:val="24"/>
        </w:rPr>
        <w:t>HỘI NGHỊ THƯỢNG ĐỈNH - KẾT NỐI NGUỒN CUNG &amp; ĐẦU TƯ TOÀN CẦU 2026</w:t>
      </w:r>
      <w:r>
        <w:br/>
      </w:r>
      <w:r>
        <w:rPr>
          <w:rFonts w:ascii="Times New Roman" w:eastAsia="Times New Roman" w:hAnsi="Times New Roman" w:cs="Times New Roman"/>
          <w:b w:val="0"/>
          <w:color w:val="333333"/>
          <w:sz w:val="24"/>
        </w:rPr>
        <w:t>VÙNG KINH TẾ BẮC KINH - THIÊN TÂN - HÀ BẮC (GSIS 2026)</w:t>
      </w:r>
      <w:bookmarkEnd w:id="0"/>
    </w:p>
    <w:tbl>
      <w:tblPr>
        <w:tblW w:w="0" w:type="auto"/>
        <w:jc w:val="center"/>
        <w:tblBorders>
          <w:top w:val="nil"/>
          <w:left w:val="nil"/>
          <w:bottom w:val="nil"/>
          <w:right w:val="nil"/>
          <w:insideH w:val="nil"/>
          <w:insideV w:val="nil"/>
        </w:tblBorders>
        <w:tblLook w:val="04A0" w:firstRow="1" w:lastRow="0" w:firstColumn="1" w:lastColumn="0" w:noHBand="0" w:noVBand="1"/>
      </w:tblPr>
      <w:tblGrid>
        <w:gridCol w:w="8624"/>
      </w:tblGrid>
      <w:tr w:rsidR="00A235D4" w14:paraId="3B48E5D4" w14:textId="77777777">
        <w:trPr>
          <w:jc w:val="center"/>
        </w:trPr>
        <w:tc>
          <w:tcPr>
            <w:tcW w:w="10800" w:type="dxa"/>
            <w:tcBorders>
              <w:top w:val="single" w:sz="6" w:space="0" w:color="000000"/>
              <w:left w:val="single" w:sz="6" w:space="0" w:color="000000"/>
              <w:bottom w:val="single" w:sz="6" w:space="0" w:color="000000"/>
              <w:right w:val="single" w:sz="6" w:space="0" w:color="000000"/>
            </w:tcBorders>
            <w:shd w:val="clear" w:color="auto" w:fill="F9F9F9"/>
            <w:tcMar>
              <w:top w:w="225" w:type="dxa"/>
              <w:left w:w="225" w:type="dxa"/>
              <w:bottom w:w="225" w:type="dxa"/>
              <w:right w:w="225" w:type="dxa"/>
            </w:tcMar>
          </w:tcPr>
          <w:p w14:paraId="2B81CE1A" w14:textId="77777777" w:rsidR="00A235D4" w:rsidRDefault="00000000">
            <w:pPr>
              <w:spacing w:before="75" w:after="75" w:line="304" w:lineRule="auto"/>
            </w:pPr>
            <w:r>
              <w:rPr>
                <w:rFonts w:ascii="Times New Roman" w:eastAsia="Times New Roman" w:hAnsi="Times New Roman" w:cs="Times New Roman"/>
                <w:b/>
                <w:color w:val="333333"/>
              </w:rPr>
              <w:t xml:space="preserve">Thời gian: </w:t>
            </w:r>
            <w:r>
              <w:rPr>
                <w:rFonts w:ascii="Times New Roman" w:eastAsia="Times New Roman" w:hAnsi="Times New Roman" w:cs="Times New Roman"/>
                <w:color w:val="333333"/>
              </w:rPr>
              <w:t>18/06/2026 – 20/06/2026</w:t>
            </w:r>
          </w:p>
          <w:p w14:paraId="2DCC7D62" w14:textId="77777777" w:rsidR="00A235D4" w:rsidRDefault="00000000">
            <w:pPr>
              <w:spacing w:before="75" w:after="75" w:line="304" w:lineRule="auto"/>
            </w:pPr>
            <w:r>
              <w:rPr>
                <w:rFonts w:ascii="Times New Roman" w:eastAsia="Times New Roman" w:hAnsi="Times New Roman" w:cs="Times New Roman"/>
                <w:b/>
                <w:color w:val="333333"/>
              </w:rPr>
              <w:t xml:space="preserve">Địa điểm: </w:t>
            </w:r>
            <w:r>
              <w:rPr>
                <w:rFonts w:ascii="Times New Roman" w:eastAsia="Times New Roman" w:hAnsi="Times New Roman" w:cs="Times New Roman"/>
                <w:color w:val="333333"/>
              </w:rPr>
              <w:t>Langfang, Hebei, Trung Quốc (Khu vực Beijing – Tianjin – Hebei)</w:t>
            </w:r>
          </w:p>
          <w:p w14:paraId="18F2EC73" w14:textId="77777777" w:rsidR="00A235D4" w:rsidRDefault="00000000">
            <w:pPr>
              <w:spacing w:before="75" w:after="75" w:line="304" w:lineRule="auto"/>
            </w:pPr>
            <w:r>
              <w:rPr>
                <w:rFonts w:ascii="Times New Roman" w:eastAsia="Times New Roman" w:hAnsi="Times New Roman" w:cs="Times New Roman"/>
                <w:b/>
                <w:color w:val="333333"/>
              </w:rPr>
              <w:t xml:space="preserve">Chương trình: </w:t>
            </w:r>
            <w:r>
              <w:rPr>
                <w:rFonts w:ascii="Times New Roman" w:eastAsia="Times New Roman" w:hAnsi="Times New Roman" w:cs="Times New Roman"/>
                <w:color w:val="333333"/>
              </w:rPr>
              <w:t>Hội nghị thượng đỉnh – Kết nối giao thương – Business Matching 1:1</w:t>
            </w:r>
          </w:p>
          <w:p w14:paraId="3A65B512" w14:textId="77777777" w:rsidR="00A235D4" w:rsidRDefault="00000000">
            <w:pPr>
              <w:spacing w:before="75" w:after="75" w:line="304" w:lineRule="auto"/>
            </w:pPr>
            <w:r>
              <w:rPr>
                <w:rFonts w:ascii="Times New Roman" w:eastAsia="Times New Roman" w:hAnsi="Times New Roman" w:cs="Times New Roman"/>
                <w:b/>
                <w:color w:val="333333"/>
              </w:rPr>
              <w:t xml:space="preserve">Xác nhận: </w:t>
            </w:r>
            <w:r>
              <w:rPr>
                <w:rFonts w:ascii="Times New Roman" w:eastAsia="Times New Roman" w:hAnsi="Times New Roman" w:cs="Times New Roman"/>
                <w:color w:val="333333"/>
              </w:rPr>
              <w:t xml:space="preserve"> Tôi sẽ tham dự hội nghị thượng đỉnh này và các cuộc họp kinh doanh 1-1</w:t>
            </w:r>
          </w:p>
          <w:p w14:paraId="6AE03D57" w14:textId="77777777" w:rsidR="00A235D4" w:rsidRDefault="00A235D4">
            <w:pPr>
              <w:pBdr>
                <w:bottom w:val="single" w:sz="6" w:space="1" w:color="000000"/>
              </w:pBdr>
            </w:pPr>
          </w:p>
          <w:p w14:paraId="379E2F96" w14:textId="77777777" w:rsidR="00A235D4" w:rsidRDefault="00000000">
            <w:pPr>
              <w:spacing w:before="75" w:after="75" w:line="304" w:lineRule="auto"/>
            </w:pPr>
            <w:r>
              <w:rPr>
                <w:rFonts w:ascii="Times New Roman" w:eastAsia="Times New Roman" w:hAnsi="Times New Roman" w:cs="Times New Roman"/>
                <w:b/>
                <w:color w:val="333333"/>
              </w:rPr>
              <w:t xml:space="preserve">Email: </w:t>
            </w:r>
            <w:r>
              <w:rPr>
                <w:rFonts w:ascii="Times New Roman" w:eastAsia="Times New Roman" w:hAnsi="Times New Roman" w:cs="Times New Roman"/>
                <w:color w:val="333333"/>
              </w:rPr>
              <w:t>info@globalchamber.vn</w:t>
            </w:r>
          </w:p>
          <w:p w14:paraId="4A94666F" w14:textId="77777777" w:rsidR="00A235D4" w:rsidRDefault="00000000">
            <w:pPr>
              <w:spacing w:before="75" w:after="75" w:line="304" w:lineRule="auto"/>
            </w:pPr>
            <w:r>
              <w:rPr>
                <w:rFonts w:ascii="Times New Roman" w:eastAsia="Times New Roman" w:hAnsi="Times New Roman" w:cs="Times New Roman"/>
                <w:b/>
                <w:color w:val="333333"/>
              </w:rPr>
              <w:t xml:space="preserve">Website: </w:t>
            </w:r>
            <w:r>
              <w:rPr>
                <w:rFonts w:ascii="Times New Roman" w:eastAsia="Times New Roman" w:hAnsi="Times New Roman" w:cs="Times New Roman"/>
                <w:color w:val="333333"/>
              </w:rPr>
              <w:t>www.globalchamber.vn</w:t>
            </w:r>
          </w:p>
          <w:p w14:paraId="3A2A7B1A" w14:textId="77777777" w:rsidR="00A235D4" w:rsidRDefault="00000000">
            <w:pPr>
              <w:spacing w:before="75" w:after="75" w:line="304" w:lineRule="auto"/>
            </w:pPr>
            <w:r>
              <w:rPr>
                <w:rFonts w:ascii="Times New Roman" w:eastAsia="Times New Roman" w:hAnsi="Times New Roman" w:cs="Times New Roman"/>
                <w:b/>
                <w:color w:val="333333"/>
              </w:rPr>
              <w:t xml:space="preserve">Liên hệ: </w:t>
            </w:r>
            <w:r>
              <w:rPr>
                <w:rFonts w:ascii="Times New Roman" w:eastAsia="Times New Roman" w:hAnsi="Times New Roman" w:cs="Times New Roman"/>
                <w:color w:val="333333"/>
              </w:rPr>
              <w:t>0583524436 (Mr. Bình)</w:t>
            </w:r>
          </w:p>
          <w:p w14:paraId="0AC178ED" w14:textId="77777777" w:rsidR="00A235D4" w:rsidRDefault="00000000">
            <w:pPr>
              <w:spacing w:before="75" w:after="300" w:line="304" w:lineRule="auto"/>
            </w:pPr>
            <w:r>
              <w:rPr>
                <w:rFonts w:ascii="Times New Roman" w:eastAsia="Times New Roman" w:hAnsi="Times New Roman" w:cs="Times New Roman"/>
                <w:b/>
                <w:color w:val="333333"/>
              </w:rPr>
              <w:t xml:space="preserve">Địa chỉ: </w:t>
            </w:r>
            <w:r>
              <w:rPr>
                <w:rFonts w:ascii="Times New Roman" w:eastAsia="Times New Roman" w:hAnsi="Times New Roman" w:cs="Times New Roman"/>
                <w:color w:val="333333"/>
              </w:rPr>
              <w:t>3/1 đường 21, Phường An Khánh, Tp Hồ Chí Minh.</w:t>
            </w:r>
          </w:p>
        </w:tc>
      </w:tr>
    </w:tbl>
    <w:p w14:paraId="76A5C5A9" w14:textId="77777777" w:rsidR="00A235D4" w:rsidRDefault="00000000">
      <w:pPr>
        <w:pStyle w:val="Heading3"/>
        <w:pBdr>
          <w:bottom w:val="single" w:sz="6" w:space="0" w:color="000000"/>
        </w:pBdr>
        <w:spacing w:before="375" w:after="75" w:line="304" w:lineRule="auto"/>
      </w:pPr>
      <w:bookmarkStart w:id="1" w:name="section-1-1"/>
      <w:r>
        <w:rPr>
          <w:rFonts w:ascii="Times New Roman" w:eastAsia="Times New Roman" w:hAnsi="Times New Roman" w:cs="Times New Roman"/>
          <w:color w:val="333333"/>
          <w:sz w:val="24"/>
        </w:rPr>
        <w:lastRenderedPageBreak/>
        <w:t>I. THÔNG TIN DOANH NGHIỆP</w:t>
      </w:r>
      <w:bookmarkEnd w:id="1"/>
    </w:p>
    <w:tbl>
      <w:tblPr>
        <w:tblW w:w="9018" w:type="dxa"/>
        <w:tblBorders>
          <w:top w:val="nil"/>
          <w:left w:val="nil"/>
          <w:bottom w:val="nil"/>
          <w:right w:val="nil"/>
          <w:insideH w:val="nil"/>
          <w:insideV w:val="nil"/>
        </w:tblBorders>
        <w:tblLayout w:type="fixed"/>
        <w:tblLook w:val="04A0" w:firstRow="1" w:lastRow="0" w:firstColumn="1" w:lastColumn="0" w:noHBand="0" w:noVBand="1"/>
      </w:tblPr>
      <w:tblGrid>
        <w:gridCol w:w="3000"/>
        <w:gridCol w:w="6018"/>
      </w:tblGrid>
      <w:tr w:rsidR="00A235D4" w14:paraId="6BA14BE1" w14:textId="77777777" w:rsidTr="004E720D">
        <w:tc>
          <w:tcPr>
            <w:tcW w:w="3000" w:type="dxa"/>
            <w:tcBorders>
              <w:top w:val="nil"/>
              <w:left w:val="nil"/>
              <w:bottom w:val="nil"/>
              <w:right w:val="nil"/>
            </w:tcBorders>
          </w:tcPr>
          <w:p w14:paraId="509CE7D1" w14:textId="77777777" w:rsidR="00A235D4" w:rsidRDefault="00A235D4"/>
          <w:p w14:paraId="2E762DD8" w14:textId="77777777" w:rsidR="00A235D4" w:rsidRDefault="00000000">
            <w:pPr>
              <w:spacing w:line="304" w:lineRule="auto"/>
            </w:pPr>
            <w:r>
              <w:rPr>
                <w:rFonts w:ascii="Times New Roman" w:eastAsia="Times New Roman" w:hAnsi="Times New Roman" w:cs="Times New Roman"/>
                <w:b/>
                <w:color w:val="333333"/>
              </w:rPr>
              <w:t>Tên doanh nghiệp:</w:t>
            </w:r>
          </w:p>
        </w:tc>
        <w:tc>
          <w:tcPr>
            <w:tcW w:w="6018" w:type="dxa"/>
            <w:tcBorders>
              <w:top w:val="nil"/>
              <w:left w:val="nil"/>
              <w:bottom w:val="nil"/>
              <w:right w:val="nil"/>
            </w:tcBorders>
          </w:tcPr>
          <w:p w14:paraId="06C9870C" w14:textId="77777777" w:rsidR="00A235D4" w:rsidRDefault="00A235D4"/>
          <w:p w14:paraId="7C4E8716" w14:textId="77777777" w:rsidR="00A235D4" w:rsidRDefault="00A235D4">
            <w:pPr>
              <w:pBdr>
                <w:bottom w:val="single" w:sz="6" w:space="0" w:color="000000"/>
              </w:pBdr>
              <w:spacing w:line="304" w:lineRule="auto"/>
            </w:pPr>
          </w:p>
        </w:tc>
      </w:tr>
      <w:tr w:rsidR="00A235D4" w14:paraId="42BEFF5E" w14:textId="77777777" w:rsidTr="004E720D">
        <w:tc>
          <w:tcPr>
            <w:tcW w:w="3000" w:type="dxa"/>
            <w:tcBorders>
              <w:top w:val="nil"/>
              <w:left w:val="nil"/>
              <w:bottom w:val="nil"/>
              <w:right w:val="nil"/>
            </w:tcBorders>
          </w:tcPr>
          <w:p w14:paraId="25E8DE5E" w14:textId="77777777" w:rsidR="00A235D4" w:rsidRDefault="00A235D4"/>
          <w:p w14:paraId="71A777B7" w14:textId="77777777" w:rsidR="00A235D4" w:rsidRDefault="00000000">
            <w:pPr>
              <w:spacing w:line="304" w:lineRule="auto"/>
            </w:pPr>
            <w:r>
              <w:rPr>
                <w:rFonts w:ascii="Times New Roman" w:eastAsia="Times New Roman" w:hAnsi="Times New Roman" w:cs="Times New Roman"/>
                <w:b/>
                <w:color w:val="333333"/>
              </w:rPr>
              <w:t>Tên tiếng Anh:</w:t>
            </w:r>
          </w:p>
        </w:tc>
        <w:tc>
          <w:tcPr>
            <w:tcW w:w="6018" w:type="dxa"/>
            <w:tcBorders>
              <w:top w:val="nil"/>
              <w:left w:val="nil"/>
              <w:bottom w:val="nil"/>
              <w:right w:val="nil"/>
            </w:tcBorders>
          </w:tcPr>
          <w:p w14:paraId="40A890D4" w14:textId="77777777" w:rsidR="00A235D4" w:rsidRDefault="00A235D4"/>
          <w:p w14:paraId="1DC8FDD8" w14:textId="77777777" w:rsidR="00A235D4" w:rsidRDefault="00A235D4">
            <w:pPr>
              <w:pBdr>
                <w:bottom w:val="single" w:sz="6" w:space="0" w:color="000000"/>
              </w:pBdr>
              <w:spacing w:line="304" w:lineRule="auto"/>
            </w:pPr>
          </w:p>
        </w:tc>
      </w:tr>
      <w:tr w:rsidR="00A235D4" w14:paraId="1A816A87" w14:textId="77777777" w:rsidTr="004E720D">
        <w:tc>
          <w:tcPr>
            <w:tcW w:w="3000" w:type="dxa"/>
            <w:tcBorders>
              <w:top w:val="nil"/>
              <w:left w:val="nil"/>
              <w:bottom w:val="nil"/>
              <w:right w:val="nil"/>
            </w:tcBorders>
          </w:tcPr>
          <w:p w14:paraId="34577FF5" w14:textId="77777777" w:rsidR="00A235D4" w:rsidRDefault="00A235D4"/>
          <w:p w14:paraId="1BD4A66F" w14:textId="77777777" w:rsidR="00A235D4" w:rsidRDefault="00000000">
            <w:pPr>
              <w:spacing w:line="304" w:lineRule="auto"/>
            </w:pPr>
            <w:r>
              <w:rPr>
                <w:rFonts w:ascii="Times New Roman" w:eastAsia="Times New Roman" w:hAnsi="Times New Roman" w:cs="Times New Roman"/>
                <w:b/>
                <w:color w:val="333333"/>
              </w:rPr>
              <w:t>Mã số thuế:</w:t>
            </w:r>
          </w:p>
        </w:tc>
        <w:tc>
          <w:tcPr>
            <w:tcW w:w="6018" w:type="dxa"/>
            <w:tcBorders>
              <w:top w:val="nil"/>
              <w:left w:val="nil"/>
              <w:bottom w:val="nil"/>
              <w:right w:val="nil"/>
            </w:tcBorders>
          </w:tcPr>
          <w:p w14:paraId="4801AE4A" w14:textId="77777777" w:rsidR="00A235D4" w:rsidRDefault="00A235D4"/>
          <w:p w14:paraId="03882F0B" w14:textId="77777777" w:rsidR="00A235D4" w:rsidRDefault="00A235D4">
            <w:pPr>
              <w:pBdr>
                <w:bottom w:val="single" w:sz="6" w:space="0" w:color="000000"/>
              </w:pBdr>
              <w:spacing w:line="304" w:lineRule="auto"/>
            </w:pPr>
          </w:p>
        </w:tc>
      </w:tr>
      <w:tr w:rsidR="00A235D4" w14:paraId="79F7DB58" w14:textId="77777777" w:rsidTr="004E720D">
        <w:tc>
          <w:tcPr>
            <w:tcW w:w="3000" w:type="dxa"/>
            <w:tcBorders>
              <w:top w:val="nil"/>
              <w:left w:val="nil"/>
              <w:bottom w:val="nil"/>
              <w:right w:val="nil"/>
            </w:tcBorders>
          </w:tcPr>
          <w:p w14:paraId="71E072FD" w14:textId="77777777" w:rsidR="00A235D4" w:rsidRDefault="00A235D4"/>
          <w:p w14:paraId="4AA84BB8" w14:textId="77777777" w:rsidR="00A235D4" w:rsidRDefault="00000000">
            <w:pPr>
              <w:spacing w:line="304" w:lineRule="auto"/>
            </w:pPr>
            <w:r>
              <w:rPr>
                <w:rFonts w:ascii="Times New Roman" w:eastAsia="Times New Roman" w:hAnsi="Times New Roman" w:cs="Times New Roman"/>
                <w:b/>
                <w:color w:val="333333"/>
              </w:rPr>
              <w:t>Địa chỉ:</w:t>
            </w:r>
          </w:p>
        </w:tc>
        <w:tc>
          <w:tcPr>
            <w:tcW w:w="6018" w:type="dxa"/>
            <w:tcBorders>
              <w:top w:val="nil"/>
              <w:left w:val="nil"/>
              <w:bottom w:val="nil"/>
              <w:right w:val="nil"/>
            </w:tcBorders>
          </w:tcPr>
          <w:p w14:paraId="356DBCC4" w14:textId="77777777" w:rsidR="00A235D4" w:rsidRDefault="00A235D4"/>
          <w:p w14:paraId="4DEF8CC2" w14:textId="77777777" w:rsidR="00A235D4" w:rsidRDefault="00A235D4">
            <w:pPr>
              <w:pBdr>
                <w:bottom w:val="single" w:sz="6" w:space="0" w:color="000000"/>
              </w:pBdr>
              <w:spacing w:line="304" w:lineRule="auto"/>
            </w:pPr>
          </w:p>
        </w:tc>
      </w:tr>
      <w:tr w:rsidR="00A235D4" w14:paraId="4C66060B" w14:textId="77777777" w:rsidTr="004E720D">
        <w:tc>
          <w:tcPr>
            <w:tcW w:w="3000" w:type="dxa"/>
            <w:tcBorders>
              <w:top w:val="nil"/>
              <w:left w:val="nil"/>
              <w:bottom w:val="nil"/>
              <w:right w:val="nil"/>
            </w:tcBorders>
          </w:tcPr>
          <w:p w14:paraId="34A6BC40" w14:textId="77777777" w:rsidR="00A235D4" w:rsidRDefault="00A235D4"/>
          <w:p w14:paraId="7B90B1B2" w14:textId="77777777" w:rsidR="00A235D4" w:rsidRDefault="00000000">
            <w:pPr>
              <w:spacing w:line="304" w:lineRule="auto"/>
            </w:pPr>
            <w:r>
              <w:rPr>
                <w:rFonts w:ascii="Times New Roman" w:eastAsia="Times New Roman" w:hAnsi="Times New Roman" w:cs="Times New Roman"/>
                <w:b/>
                <w:color w:val="333333"/>
              </w:rPr>
              <w:t>Website:</w:t>
            </w:r>
          </w:p>
        </w:tc>
        <w:tc>
          <w:tcPr>
            <w:tcW w:w="6018" w:type="dxa"/>
            <w:tcBorders>
              <w:top w:val="nil"/>
              <w:left w:val="nil"/>
              <w:bottom w:val="nil"/>
              <w:right w:val="nil"/>
            </w:tcBorders>
          </w:tcPr>
          <w:p w14:paraId="78FE00AF" w14:textId="77777777" w:rsidR="00A235D4" w:rsidRDefault="00A235D4"/>
          <w:p w14:paraId="436D1FB4" w14:textId="77777777" w:rsidR="00A235D4" w:rsidRDefault="00A235D4">
            <w:pPr>
              <w:pBdr>
                <w:bottom w:val="single" w:sz="6" w:space="0" w:color="000000"/>
              </w:pBdr>
              <w:spacing w:line="304" w:lineRule="auto"/>
            </w:pPr>
          </w:p>
        </w:tc>
      </w:tr>
      <w:tr w:rsidR="00A235D4" w14:paraId="12BB360D" w14:textId="77777777" w:rsidTr="004E720D">
        <w:tc>
          <w:tcPr>
            <w:tcW w:w="3000" w:type="dxa"/>
            <w:tcBorders>
              <w:top w:val="nil"/>
              <w:left w:val="nil"/>
              <w:bottom w:val="nil"/>
              <w:right w:val="nil"/>
            </w:tcBorders>
          </w:tcPr>
          <w:p w14:paraId="0102C30B" w14:textId="77777777" w:rsidR="00A235D4" w:rsidRDefault="00A235D4"/>
          <w:p w14:paraId="620137D0" w14:textId="77777777" w:rsidR="00A235D4" w:rsidRDefault="00000000">
            <w:pPr>
              <w:spacing w:line="304" w:lineRule="auto"/>
            </w:pPr>
            <w:r>
              <w:rPr>
                <w:rFonts w:ascii="Times New Roman" w:eastAsia="Times New Roman" w:hAnsi="Times New Roman" w:cs="Times New Roman"/>
                <w:b/>
                <w:color w:val="333333"/>
              </w:rPr>
              <w:t>Người liên hệ:</w:t>
            </w:r>
          </w:p>
        </w:tc>
        <w:tc>
          <w:tcPr>
            <w:tcW w:w="6018" w:type="dxa"/>
            <w:tcBorders>
              <w:top w:val="nil"/>
              <w:left w:val="nil"/>
              <w:bottom w:val="nil"/>
              <w:right w:val="nil"/>
            </w:tcBorders>
          </w:tcPr>
          <w:p w14:paraId="63C716F4" w14:textId="77777777" w:rsidR="00A235D4" w:rsidRDefault="00A235D4"/>
          <w:p w14:paraId="67C885A0" w14:textId="77777777" w:rsidR="00A235D4" w:rsidRDefault="00A235D4">
            <w:pPr>
              <w:pBdr>
                <w:bottom w:val="single" w:sz="6" w:space="0" w:color="000000"/>
              </w:pBdr>
              <w:spacing w:line="304" w:lineRule="auto"/>
            </w:pPr>
          </w:p>
        </w:tc>
      </w:tr>
      <w:tr w:rsidR="00A235D4" w14:paraId="75B82857" w14:textId="77777777" w:rsidTr="004E720D">
        <w:tc>
          <w:tcPr>
            <w:tcW w:w="3000" w:type="dxa"/>
            <w:tcBorders>
              <w:top w:val="nil"/>
              <w:left w:val="nil"/>
              <w:bottom w:val="nil"/>
              <w:right w:val="nil"/>
            </w:tcBorders>
          </w:tcPr>
          <w:p w14:paraId="33154BEB" w14:textId="77777777" w:rsidR="00A235D4" w:rsidRDefault="00A235D4"/>
          <w:p w14:paraId="530E3CE1" w14:textId="77777777" w:rsidR="00A235D4" w:rsidRDefault="00000000">
            <w:pPr>
              <w:spacing w:line="304" w:lineRule="auto"/>
            </w:pPr>
            <w:r>
              <w:rPr>
                <w:rFonts w:ascii="Times New Roman" w:eastAsia="Times New Roman" w:hAnsi="Times New Roman" w:cs="Times New Roman"/>
                <w:b/>
                <w:color w:val="333333"/>
              </w:rPr>
              <w:t>Chức vụ:</w:t>
            </w:r>
          </w:p>
        </w:tc>
        <w:tc>
          <w:tcPr>
            <w:tcW w:w="6018" w:type="dxa"/>
            <w:tcBorders>
              <w:top w:val="nil"/>
              <w:left w:val="nil"/>
              <w:bottom w:val="nil"/>
              <w:right w:val="nil"/>
            </w:tcBorders>
          </w:tcPr>
          <w:p w14:paraId="64425AA7" w14:textId="77777777" w:rsidR="00A235D4" w:rsidRDefault="00A235D4"/>
          <w:p w14:paraId="609CAD7B" w14:textId="77777777" w:rsidR="00A235D4" w:rsidRDefault="00A235D4">
            <w:pPr>
              <w:pBdr>
                <w:bottom w:val="single" w:sz="6" w:space="0" w:color="000000"/>
              </w:pBdr>
              <w:spacing w:line="304" w:lineRule="auto"/>
            </w:pPr>
          </w:p>
        </w:tc>
      </w:tr>
      <w:tr w:rsidR="00A235D4" w14:paraId="202B7EC0" w14:textId="77777777" w:rsidTr="004E720D">
        <w:tc>
          <w:tcPr>
            <w:tcW w:w="3000" w:type="dxa"/>
            <w:tcBorders>
              <w:top w:val="nil"/>
              <w:left w:val="nil"/>
              <w:bottom w:val="nil"/>
              <w:right w:val="nil"/>
            </w:tcBorders>
          </w:tcPr>
          <w:p w14:paraId="34F07795" w14:textId="77777777" w:rsidR="00A235D4" w:rsidRDefault="00A235D4"/>
          <w:p w14:paraId="08287137" w14:textId="77777777" w:rsidR="00A235D4" w:rsidRDefault="00000000">
            <w:pPr>
              <w:spacing w:line="304" w:lineRule="auto"/>
            </w:pPr>
            <w:r>
              <w:rPr>
                <w:rFonts w:ascii="Times New Roman" w:eastAsia="Times New Roman" w:hAnsi="Times New Roman" w:cs="Times New Roman"/>
                <w:b/>
                <w:color w:val="333333"/>
              </w:rPr>
              <w:t>Số điện thoại:</w:t>
            </w:r>
          </w:p>
        </w:tc>
        <w:tc>
          <w:tcPr>
            <w:tcW w:w="6018" w:type="dxa"/>
            <w:tcBorders>
              <w:top w:val="nil"/>
              <w:left w:val="nil"/>
              <w:bottom w:val="nil"/>
              <w:right w:val="nil"/>
            </w:tcBorders>
          </w:tcPr>
          <w:p w14:paraId="128BF58B" w14:textId="77777777" w:rsidR="00A235D4" w:rsidRDefault="00A235D4"/>
          <w:p w14:paraId="1E578F91" w14:textId="77777777" w:rsidR="00A235D4" w:rsidRDefault="00A235D4">
            <w:pPr>
              <w:pBdr>
                <w:bottom w:val="single" w:sz="6" w:space="0" w:color="000000"/>
              </w:pBdr>
              <w:spacing w:line="304" w:lineRule="auto"/>
            </w:pPr>
          </w:p>
        </w:tc>
      </w:tr>
      <w:tr w:rsidR="00A235D4" w14:paraId="2628C628" w14:textId="77777777" w:rsidTr="004E720D">
        <w:tc>
          <w:tcPr>
            <w:tcW w:w="3000" w:type="dxa"/>
            <w:tcBorders>
              <w:top w:val="nil"/>
              <w:left w:val="nil"/>
              <w:bottom w:val="nil"/>
              <w:right w:val="nil"/>
            </w:tcBorders>
          </w:tcPr>
          <w:p w14:paraId="3FAA53C2" w14:textId="77777777" w:rsidR="00A235D4" w:rsidRDefault="00A235D4"/>
          <w:p w14:paraId="045C0250" w14:textId="77777777" w:rsidR="00A235D4" w:rsidRDefault="00000000">
            <w:pPr>
              <w:spacing w:line="304" w:lineRule="auto"/>
            </w:pPr>
            <w:r>
              <w:rPr>
                <w:rFonts w:ascii="Times New Roman" w:eastAsia="Times New Roman" w:hAnsi="Times New Roman" w:cs="Times New Roman"/>
                <w:b/>
                <w:color w:val="333333"/>
              </w:rPr>
              <w:t>Email:</w:t>
            </w:r>
          </w:p>
        </w:tc>
        <w:tc>
          <w:tcPr>
            <w:tcW w:w="6018" w:type="dxa"/>
            <w:tcBorders>
              <w:top w:val="nil"/>
              <w:left w:val="nil"/>
              <w:bottom w:val="nil"/>
              <w:right w:val="nil"/>
            </w:tcBorders>
          </w:tcPr>
          <w:p w14:paraId="58D15974" w14:textId="77777777" w:rsidR="00A235D4" w:rsidRDefault="00A235D4"/>
          <w:p w14:paraId="72619F4A" w14:textId="77777777" w:rsidR="00A235D4" w:rsidRDefault="00A235D4">
            <w:pPr>
              <w:pBdr>
                <w:bottom w:val="single" w:sz="6" w:space="0" w:color="000000"/>
              </w:pBdr>
              <w:spacing w:line="304" w:lineRule="auto"/>
            </w:pPr>
          </w:p>
        </w:tc>
      </w:tr>
    </w:tbl>
    <w:p w14:paraId="0546B225" w14:textId="77777777" w:rsidR="00A235D4" w:rsidRDefault="00000000">
      <w:pPr>
        <w:pStyle w:val="Heading3"/>
        <w:pBdr>
          <w:bottom w:val="single" w:sz="6" w:space="0" w:color="000000"/>
        </w:pBdr>
        <w:spacing w:before="375" w:after="75" w:line="304" w:lineRule="auto"/>
      </w:pPr>
      <w:bookmarkStart w:id="2" w:name="section-1-2"/>
      <w:r>
        <w:rPr>
          <w:rFonts w:ascii="Times New Roman" w:eastAsia="Times New Roman" w:hAnsi="Times New Roman" w:cs="Times New Roman"/>
          <w:color w:val="333333"/>
          <w:sz w:val="24"/>
        </w:rPr>
        <w:t>II. THÔNG TIN NGƯỜI THAM GIA</w:t>
      </w:r>
      <w:bookmarkEnd w:id="2"/>
    </w:p>
    <w:tbl>
      <w:tblPr>
        <w:tblW w:w="9018" w:type="dxa"/>
        <w:tblBorders>
          <w:top w:val="nil"/>
          <w:left w:val="nil"/>
          <w:bottom w:val="nil"/>
          <w:right w:val="nil"/>
          <w:insideH w:val="nil"/>
          <w:insideV w:val="nil"/>
        </w:tblBorders>
        <w:tblLayout w:type="fixed"/>
        <w:tblLook w:val="04A0" w:firstRow="1" w:lastRow="0" w:firstColumn="1" w:lastColumn="0" w:noHBand="0" w:noVBand="1"/>
      </w:tblPr>
      <w:tblGrid>
        <w:gridCol w:w="3000"/>
        <w:gridCol w:w="6018"/>
      </w:tblGrid>
      <w:tr w:rsidR="00A235D4" w14:paraId="5146CE37" w14:textId="77777777" w:rsidTr="004E720D">
        <w:tc>
          <w:tcPr>
            <w:tcW w:w="3000" w:type="dxa"/>
            <w:tcBorders>
              <w:top w:val="nil"/>
              <w:left w:val="nil"/>
              <w:bottom w:val="nil"/>
              <w:right w:val="nil"/>
            </w:tcBorders>
          </w:tcPr>
          <w:p w14:paraId="042CDF1B" w14:textId="77777777" w:rsidR="00A235D4" w:rsidRDefault="00A235D4"/>
          <w:p w14:paraId="4877C1FC" w14:textId="77777777" w:rsidR="00A235D4" w:rsidRDefault="00000000">
            <w:pPr>
              <w:spacing w:line="304" w:lineRule="auto"/>
            </w:pPr>
            <w:r>
              <w:rPr>
                <w:rFonts w:ascii="Times New Roman" w:eastAsia="Times New Roman" w:hAnsi="Times New Roman" w:cs="Times New Roman"/>
                <w:b/>
                <w:color w:val="333333"/>
              </w:rPr>
              <w:t>Họ và tên (Name):</w:t>
            </w:r>
          </w:p>
        </w:tc>
        <w:tc>
          <w:tcPr>
            <w:tcW w:w="6018" w:type="dxa"/>
            <w:tcBorders>
              <w:top w:val="nil"/>
              <w:left w:val="nil"/>
              <w:bottom w:val="nil"/>
              <w:right w:val="nil"/>
            </w:tcBorders>
          </w:tcPr>
          <w:p w14:paraId="3559BCB6" w14:textId="77777777" w:rsidR="00A235D4" w:rsidRDefault="00A235D4"/>
          <w:p w14:paraId="4EA955A1" w14:textId="77777777" w:rsidR="00A235D4" w:rsidRDefault="00A235D4">
            <w:pPr>
              <w:pBdr>
                <w:bottom w:val="single" w:sz="6" w:space="0" w:color="000000"/>
              </w:pBdr>
              <w:spacing w:line="304" w:lineRule="auto"/>
            </w:pPr>
          </w:p>
        </w:tc>
      </w:tr>
      <w:tr w:rsidR="00A235D4" w14:paraId="0E36F526" w14:textId="77777777" w:rsidTr="004E720D">
        <w:tc>
          <w:tcPr>
            <w:tcW w:w="3000" w:type="dxa"/>
            <w:tcBorders>
              <w:top w:val="nil"/>
              <w:left w:val="nil"/>
              <w:bottom w:val="nil"/>
              <w:right w:val="nil"/>
            </w:tcBorders>
          </w:tcPr>
          <w:p w14:paraId="2461EDD2" w14:textId="77777777" w:rsidR="00A235D4" w:rsidRDefault="00A235D4"/>
          <w:p w14:paraId="5BED62F6" w14:textId="77777777" w:rsidR="00A235D4" w:rsidRDefault="00000000">
            <w:pPr>
              <w:spacing w:line="304" w:lineRule="auto"/>
            </w:pPr>
            <w:r>
              <w:rPr>
                <w:rFonts w:ascii="Times New Roman" w:eastAsia="Times New Roman" w:hAnsi="Times New Roman" w:cs="Times New Roman"/>
                <w:b/>
                <w:color w:val="333333"/>
              </w:rPr>
              <w:t>Chức danh (Job Title):</w:t>
            </w:r>
          </w:p>
        </w:tc>
        <w:tc>
          <w:tcPr>
            <w:tcW w:w="6018" w:type="dxa"/>
            <w:tcBorders>
              <w:top w:val="nil"/>
              <w:left w:val="nil"/>
              <w:bottom w:val="nil"/>
              <w:right w:val="nil"/>
            </w:tcBorders>
          </w:tcPr>
          <w:p w14:paraId="3CFA50C2" w14:textId="77777777" w:rsidR="00A235D4" w:rsidRDefault="00A235D4"/>
          <w:p w14:paraId="69F8F0B3" w14:textId="77777777" w:rsidR="00A235D4" w:rsidRDefault="00A235D4">
            <w:pPr>
              <w:pBdr>
                <w:bottom w:val="single" w:sz="6" w:space="0" w:color="000000"/>
              </w:pBdr>
              <w:spacing w:line="304" w:lineRule="auto"/>
            </w:pPr>
          </w:p>
        </w:tc>
      </w:tr>
      <w:tr w:rsidR="00A235D4" w14:paraId="5CF08E1B" w14:textId="77777777" w:rsidTr="004E720D">
        <w:tc>
          <w:tcPr>
            <w:tcW w:w="3000" w:type="dxa"/>
            <w:tcBorders>
              <w:top w:val="nil"/>
              <w:left w:val="nil"/>
              <w:bottom w:val="nil"/>
              <w:right w:val="nil"/>
            </w:tcBorders>
          </w:tcPr>
          <w:p w14:paraId="6D67586B" w14:textId="77777777" w:rsidR="00A235D4" w:rsidRDefault="00A235D4"/>
          <w:p w14:paraId="30B7E1C1" w14:textId="77777777" w:rsidR="00A235D4" w:rsidRDefault="00000000">
            <w:pPr>
              <w:spacing w:line="304" w:lineRule="auto"/>
            </w:pPr>
            <w:r>
              <w:rPr>
                <w:rFonts w:ascii="Times New Roman" w:eastAsia="Times New Roman" w:hAnsi="Times New Roman" w:cs="Times New Roman"/>
                <w:b/>
                <w:color w:val="333333"/>
              </w:rPr>
              <w:t>Quốc tịch (Nationality):</w:t>
            </w:r>
          </w:p>
        </w:tc>
        <w:tc>
          <w:tcPr>
            <w:tcW w:w="6018" w:type="dxa"/>
            <w:tcBorders>
              <w:top w:val="nil"/>
              <w:left w:val="nil"/>
              <w:bottom w:val="nil"/>
              <w:right w:val="nil"/>
            </w:tcBorders>
          </w:tcPr>
          <w:p w14:paraId="195C7DB6" w14:textId="77777777" w:rsidR="00A235D4" w:rsidRDefault="00A235D4"/>
          <w:p w14:paraId="0C4F655E" w14:textId="77777777" w:rsidR="00A235D4" w:rsidRDefault="00A235D4">
            <w:pPr>
              <w:pBdr>
                <w:bottom w:val="single" w:sz="6" w:space="0" w:color="000000"/>
              </w:pBdr>
              <w:spacing w:line="304" w:lineRule="auto"/>
            </w:pPr>
          </w:p>
        </w:tc>
      </w:tr>
      <w:tr w:rsidR="00A235D4" w14:paraId="02A6EEE2" w14:textId="77777777" w:rsidTr="004E720D">
        <w:tc>
          <w:tcPr>
            <w:tcW w:w="3000" w:type="dxa"/>
            <w:tcBorders>
              <w:top w:val="nil"/>
              <w:left w:val="nil"/>
              <w:bottom w:val="nil"/>
              <w:right w:val="nil"/>
            </w:tcBorders>
          </w:tcPr>
          <w:p w14:paraId="13887C2D" w14:textId="77777777" w:rsidR="00A235D4" w:rsidRDefault="00A235D4"/>
          <w:p w14:paraId="76108011" w14:textId="77777777" w:rsidR="00A235D4" w:rsidRDefault="00000000">
            <w:pPr>
              <w:spacing w:line="304" w:lineRule="auto"/>
            </w:pPr>
            <w:r>
              <w:rPr>
                <w:rFonts w:ascii="Times New Roman" w:eastAsia="Times New Roman" w:hAnsi="Times New Roman" w:cs="Times New Roman"/>
                <w:b/>
                <w:color w:val="333333"/>
              </w:rPr>
              <w:t>Số hộ chiếu (Passport No.):</w:t>
            </w:r>
          </w:p>
        </w:tc>
        <w:tc>
          <w:tcPr>
            <w:tcW w:w="6018" w:type="dxa"/>
            <w:tcBorders>
              <w:top w:val="nil"/>
              <w:left w:val="nil"/>
              <w:bottom w:val="nil"/>
              <w:right w:val="nil"/>
            </w:tcBorders>
          </w:tcPr>
          <w:p w14:paraId="720E1571" w14:textId="77777777" w:rsidR="00A235D4" w:rsidRDefault="00A235D4"/>
          <w:p w14:paraId="21598744" w14:textId="77777777" w:rsidR="00A235D4" w:rsidRDefault="00A235D4">
            <w:pPr>
              <w:pBdr>
                <w:bottom w:val="single" w:sz="6" w:space="0" w:color="000000"/>
              </w:pBdr>
              <w:spacing w:line="304" w:lineRule="auto"/>
            </w:pPr>
          </w:p>
        </w:tc>
      </w:tr>
      <w:tr w:rsidR="00A235D4" w14:paraId="45A91B66" w14:textId="77777777" w:rsidTr="004E720D">
        <w:tc>
          <w:tcPr>
            <w:tcW w:w="3000" w:type="dxa"/>
            <w:tcBorders>
              <w:top w:val="nil"/>
              <w:left w:val="nil"/>
              <w:bottom w:val="nil"/>
              <w:right w:val="nil"/>
            </w:tcBorders>
          </w:tcPr>
          <w:p w14:paraId="592709E6" w14:textId="77777777" w:rsidR="00A235D4" w:rsidRDefault="00A235D4"/>
          <w:p w14:paraId="49B3A66E" w14:textId="77777777" w:rsidR="00A235D4" w:rsidRDefault="00000000">
            <w:pPr>
              <w:spacing w:line="304" w:lineRule="auto"/>
            </w:pPr>
            <w:r>
              <w:rPr>
                <w:rFonts w:ascii="Times New Roman" w:eastAsia="Times New Roman" w:hAnsi="Times New Roman" w:cs="Times New Roman"/>
                <w:b/>
                <w:color w:val="333333"/>
              </w:rPr>
              <w:t>Ngày hết hạn hộ chiếu:</w:t>
            </w:r>
          </w:p>
        </w:tc>
        <w:tc>
          <w:tcPr>
            <w:tcW w:w="6018" w:type="dxa"/>
            <w:tcBorders>
              <w:top w:val="nil"/>
              <w:left w:val="nil"/>
              <w:bottom w:val="nil"/>
              <w:right w:val="nil"/>
            </w:tcBorders>
          </w:tcPr>
          <w:p w14:paraId="0C04ADB2" w14:textId="77777777" w:rsidR="00A235D4" w:rsidRDefault="00A235D4"/>
          <w:p w14:paraId="2A883013" w14:textId="77777777" w:rsidR="00A235D4" w:rsidRDefault="00A235D4">
            <w:pPr>
              <w:pBdr>
                <w:bottom w:val="single" w:sz="6" w:space="0" w:color="000000"/>
              </w:pBdr>
              <w:spacing w:line="304" w:lineRule="auto"/>
            </w:pPr>
          </w:p>
        </w:tc>
      </w:tr>
      <w:tr w:rsidR="00A235D4" w14:paraId="34730A13" w14:textId="77777777" w:rsidTr="004E720D">
        <w:tc>
          <w:tcPr>
            <w:tcW w:w="3000" w:type="dxa"/>
            <w:tcBorders>
              <w:top w:val="nil"/>
              <w:left w:val="nil"/>
              <w:bottom w:val="nil"/>
              <w:right w:val="nil"/>
            </w:tcBorders>
          </w:tcPr>
          <w:p w14:paraId="038CF160" w14:textId="77777777" w:rsidR="00A235D4" w:rsidRDefault="00A235D4"/>
          <w:p w14:paraId="511490C5" w14:textId="77777777" w:rsidR="00A235D4" w:rsidRDefault="00000000">
            <w:pPr>
              <w:spacing w:line="304" w:lineRule="auto"/>
            </w:pPr>
            <w:r>
              <w:rPr>
                <w:rFonts w:ascii="Times New Roman" w:eastAsia="Times New Roman" w:hAnsi="Times New Roman" w:cs="Times New Roman"/>
                <w:b/>
                <w:color w:val="333333"/>
              </w:rPr>
              <w:t>Số điện thoại (Cellphone):</w:t>
            </w:r>
          </w:p>
        </w:tc>
        <w:tc>
          <w:tcPr>
            <w:tcW w:w="6018" w:type="dxa"/>
            <w:tcBorders>
              <w:top w:val="nil"/>
              <w:left w:val="nil"/>
              <w:bottom w:val="nil"/>
              <w:right w:val="nil"/>
            </w:tcBorders>
          </w:tcPr>
          <w:p w14:paraId="1D02A571" w14:textId="77777777" w:rsidR="00A235D4" w:rsidRDefault="00A235D4"/>
          <w:p w14:paraId="0991ABA8" w14:textId="77777777" w:rsidR="00A235D4" w:rsidRDefault="00A235D4">
            <w:pPr>
              <w:pBdr>
                <w:bottom w:val="single" w:sz="6" w:space="0" w:color="000000"/>
              </w:pBdr>
              <w:spacing w:line="304" w:lineRule="auto"/>
            </w:pPr>
          </w:p>
        </w:tc>
      </w:tr>
      <w:tr w:rsidR="00A235D4" w14:paraId="6C24D229" w14:textId="77777777" w:rsidTr="004E720D">
        <w:tc>
          <w:tcPr>
            <w:tcW w:w="3000" w:type="dxa"/>
            <w:tcBorders>
              <w:top w:val="nil"/>
              <w:left w:val="nil"/>
              <w:bottom w:val="nil"/>
              <w:right w:val="nil"/>
            </w:tcBorders>
          </w:tcPr>
          <w:p w14:paraId="3C563DAA" w14:textId="77777777" w:rsidR="00A235D4" w:rsidRDefault="00A235D4"/>
          <w:p w14:paraId="53887687" w14:textId="77777777" w:rsidR="00A235D4" w:rsidRDefault="00000000">
            <w:pPr>
              <w:spacing w:line="304" w:lineRule="auto"/>
            </w:pPr>
            <w:r>
              <w:rPr>
                <w:rFonts w:ascii="Times New Roman" w:eastAsia="Times New Roman" w:hAnsi="Times New Roman" w:cs="Times New Roman"/>
                <w:b/>
                <w:color w:val="333333"/>
              </w:rPr>
              <w:t>Email:</w:t>
            </w:r>
          </w:p>
        </w:tc>
        <w:tc>
          <w:tcPr>
            <w:tcW w:w="6018" w:type="dxa"/>
            <w:tcBorders>
              <w:top w:val="nil"/>
              <w:left w:val="nil"/>
              <w:bottom w:val="nil"/>
              <w:right w:val="nil"/>
            </w:tcBorders>
          </w:tcPr>
          <w:p w14:paraId="3537F5BB" w14:textId="77777777" w:rsidR="00A235D4" w:rsidRDefault="00A235D4"/>
          <w:p w14:paraId="3EDAD4DC" w14:textId="77777777" w:rsidR="00A235D4" w:rsidRDefault="00A235D4">
            <w:pPr>
              <w:pBdr>
                <w:bottom w:val="single" w:sz="6" w:space="0" w:color="000000"/>
              </w:pBdr>
              <w:spacing w:line="304" w:lineRule="auto"/>
            </w:pPr>
          </w:p>
        </w:tc>
      </w:tr>
    </w:tbl>
    <w:p w14:paraId="5B9F71B8" w14:textId="77777777" w:rsidR="00A235D4" w:rsidRDefault="00000000">
      <w:pPr>
        <w:pStyle w:val="Heading3"/>
        <w:pBdr>
          <w:bottom w:val="single" w:sz="6" w:space="0" w:color="000000"/>
        </w:pBdr>
        <w:spacing w:before="375" w:after="75" w:line="304" w:lineRule="auto"/>
      </w:pPr>
      <w:bookmarkStart w:id="3" w:name="section-1-3"/>
      <w:r>
        <w:rPr>
          <w:rFonts w:ascii="Times New Roman" w:eastAsia="Times New Roman" w:hAnsi="Times New Roman" w:cs="Times New Roman"/>
          <w:color w:val="333333"/>
          <w:sz w:val="24"/>
        </w:rPr>
        <w:t>III. NHU CẦU HỢP TÁC / MUA HÀNG</w:t>
      </w:r>
      <w:bookmarkEnd w:id="3"/>
    </w:p>
    <w:p w14:paraId="0EDA7F61" w14:textId="77777777" w:rsidR="00A235D4" w:rsidRDefault="00000000">
      <w:pPr>
        <w:spacing w:line="304" w:lineRule="auto"/>
      </w:pPr>
      <w:r>
        <w:rPr>
          <w:rFonts w:ascii="Times New Roman" w:eastAsia="Times New Roman" w:hAnsi="Times New Roman" w:cs="Times New Roman"/>
          <w:b/>
          <w:color w:val="333333"/>
        </w:rPr>
        <w:t>1. Ngân sách dự kiến cho việc tìm nguồn cung ứng/đầu tư toàn cầu trong năm nay:</w:t>
      </w:r>
    </w:p>
    <w:p w14:paraId="6F55766A" w14:textId="77777777" w:rsidR="00A235D4" w:rsidRDefault="00A235D4">
      <w:pPr>
        <w:spacing w:line="304" w:lineRule="auto"/>
      </w:pPr>
    </w:p>
    <w:p w14:paraId="3CACB9F8" w14:textId="77777777" w:rsidR="00A235D4" w:rsidRPr="004E720D" w:rsidRDefault="00000000">
      <w:pPr>
        <w:spacing w:after="120" w:line="304" w:lineRule="auto"/>
        <w:rPr>
          <w:lang w:val="de-DE"/>
        </w:rPr>
      </w:pPr>
      <w:r w:rsidRPr="004E720D">
        <w:rPr>
          <w:rFonts w:ascii="Times New Roman" w:eastAsia="Times New Roman" w:hAnsi="Times New Roman" w:cs="Times New Roman"/>
          <w:color w:val="333333"/>
          <w:lang w:val="de-DE"/>
        </w:rPr>
        <w:t>A. 5 - 10 triệu USD (5M - 10M USD)</w:t>
      </w:r>
    </w:p>
    <w:p w14:paraId="49672381" w14:textId="77777777" w:rsidR="00A235D4" w:rsidRPr="004E720D" w:rsidRDefault="00A235D4">
      <w:pPr>
        <w:spacing w:line="304" w:lineRule="auto"/>
        <w:rPr>
          <w:lang w:val="de-DE"/>
        </w:rPr>
      </w:pPr>
    </w:p>
    <w:p w14:paraId="14C9DF7C" w14:textId="77777777" w:rsidR="00A235D4" w:rsidRPr="004E720D" w:rsidRDefault="00000000">
      <w:pPr>
        <w:spacing w:after="120" w:line="304" w:lineRule="auto"/>
        <w:rPr>
          <w:lang w:val="de-DE"/>
        </w:rPr>
      </w:pPr>
      <w:r w:rsidRPr="004E720D">
        <w:rPr>
          <w:rFonts w:ascii="Times New Roman" w:eastAsia="Times New Roman" w:hAnsi="Times New Roman" w:cs="Times New Roman"/>
          <w:color w:val="333333"/>
          <w:lang w:val="de-DE"/>
        </w:rPr>
        <w:t>B. 10 - 20 triệu USD (10M - 20M USD)</w:t>
      </w:r>
    </w:p>
    <w:p w14:paraId="1F8F66CC" w14:textId="77777777" w:rsidR="00A235D4" w:rsidRPr="004E720D" w:rsidRDefault="00A235D4">
      <w:pPr>
        <w:spacing w:line="304" w:lineRule="auto"/>
        <w:rPr>
          <w:lang w:val="de-DE"/>
        </w:rPr>
      </w:pPr>
    </w:p>
    <w:p w14:paraId="5B677647" w14:textId="77777777" w:rsidR="00A235D4" w:rsidRDefault="00000000">
      <w:pPr>
        <w:spacing w:after="120" w:line="304" w:lineRule="auto"/>
      </w:pPr>
      <w:r>
        <w:rPr>
          <w:rFonts w:ascii="Times New Roman" w:eastAsia="Times New Roman" w:hAnsi="Times New Roman" w:cs="Times New Roman"/>
          <w:color w:val="333333"/>
        </w:rPr>
        <w:t>C. Trên 20 triệu USD (Above 20M USD)</w:t>
      </w:r>
    </w:p>
    <w:p w14:paraId="2B31574A" w14:textId="77777777" w:rsidR="00A235D4" w:rsidRDefault="00000000">
      <w:pPr>
        <w:spacing w:line="304" w:lineRule="auto"/>
      </w:pPr>
      <w:r>
        <w:rPr>
          <w:rFonts w:ascii="Times New Roman" w:eastAsia="Times New Roman" w:hAnsi="Times New Roman" w:cs="Times New Roman"/>
          <w:b/>
          <w:color w:val="333333"/>
        </w:rPr>
        <w:t>2. Vui lòng mô tả chi tiết Danh mục Sản phẩm và Dịch vụ mà công ty bạn muốn mua tại Trung Quốc:</w:t>
      </w:r>
    </w:p>
    <w:p w14:paraId="1EEE6F07" w14:textId="77777777" w:rsidR="00A235D4" w:rsidRDefault="00000000">
      <w:pPr>
        <w:spacing w:after="150" w:line="304" w:lineRule="auto"/>
        <w:ind w:left="360"/>
      </w:pPr>
      <w:r>
        <w:rPr>
          <w:rFonts w:ascii="Times New Roman" w:eastAsia="Times New Roman" w:hAnsi="Times New Roman" w:cs="Times New Roman"/>
          <w:color w:val="333333"/>
        </w:rPr>
        <w:t>Sản phẩm/Dịch vụ 1:</w:t>
      </w:r>
    </w:p>
    <w:tbl>
      <w:tblPr>
        <w:tblW w:w="0" w:type="auto"/>
        <w:jc w:val="center"/>
        <w:tblBorders>
          <w:top w:val="nil"/>
          <w:left w:val="nil"/>
          <w:bottom w:val="nil"/>
          <w:right w:val="nil"/>
          <w:insideH w:val="nil"/>
          <w:insideV w:val="nil"/>
        </w:tblBorders>
        <w:tblLook w:val="04A0" w:firstRow="1" w:lastRow="0" w:firstColumn="1" w:lastColumn="0" w:noHBand="0" w:noVBand="1"/>
      </w:tblPr>
      <w:tblGrid>
        <w:gridCol w:w="8640"/>
      </w:tblGrid>
      <w:tr w:rsidR="00A235D4" w14:paraId="1CF66A02" w14:textId="77777777">
        <w:trPr>
          <w:jc w:val="center"/>
        </w:trPr>
        <w:tc>
          <w:tcPr>
            <w:tcW w:w="10800" w:type="dxa"/>
            <w:tcBorders>
              <w:top w:val="nil"/>
              <w:left w:val="nil"/>
              <w:bottom w:val="single" w:sz="6" w:space="0" w:color="000000"/>
              <w:right w:val="nil"/>
            </w:tcBorders>
          </w:tcPr>
          <w:p w14:paraId="3C261B69" w14:textId="77777777" w:rsidR="00000000" w:rsidRDefault="00000000">
            <w:pPr>
              <w:spacing w:after="0" w:line="240" w:lineRule="auto"/>
            </w:pPr>
          </w:p>
        </w:tc>
      </w:tr>
    </w:tbl>
    <w:p w14:paraId="344D808E" w14:textId="77777777" w:rsidR="00A235D4" w:rsidRDefault="00000000">
      <w:pPr>
        <w:spacing w:after="150" w:line="304" w:lineRule="auto"/>
        <w:ind w:left="360"/>
      </w:pPr>
      <w:r>
        <w:rPr>
          <w:rFonts w:ascii="Times New Roman" w:eastAsia="Times New Roman" w:hAnsi="Times New Roman" w:cs="Times New Roman"/>
          <w:color w:val="333333"/>
        </w:rPr>
        <w:t>Sản phẩm/Dịch vụ 2:</w:t>
      </w:r>
    </w:p>
    <w:tbl>
      <w:tblPr>
        <w:tblW w:w="0" w:type="auto"/>
        <w:jc w:val="center"/>
        <w:tblBorders>
          <w:top w:val="nil"/>
          <w:left w:val="nil"/>
          <w:bottom w:val="nil"/>
          <w:right w:val="nil"/>
          <w:insideH w:val="nil"/>
          <w:insideV w:val="nil"/>
        </w:tblBorders>
        <w:tblLook w:val="04A0" w:firstRow="1" w:lastRow="0" w:firstColumn="1" w:lastColumn="0" w:noHBand="0" w:noVBand="1"/>
      </w:tblPr>
      <w:tblGrid>
        <w:gridCol w:w="8640"/>
      </w:tblGrid>
      <w:tr w:rsidR="00A235D4" w14:paraId="4E8F121B" w14:textId="77777777" w:rsidTr="004E720D">
        <w:trPr>
          <w:jc w:val="center"/>
        </w:trPr>
        <w:tc>
          <w:tcPr>
            <w:tcW w:w="9468" w:type="dxa"/>
            <w:tcBorders>
              <w:top w:val="nil"/>
              <w:left w:val="nil"/>
              <w:bottom w:val="single" w:sz="6" w:space="0" w:color="000000"/>
              <w:right w:val="nil"/>
            </w:tcBorders>
          </w:tcPr>
          <w:p w14:paraId="1C499969" w14:textId="77777777" w:rsidR="00000000" w:rsidRDefault="00000000">
            <w:pPr>
              <w:spacing w:after="0" w:line="240" w:lineRule="auto"/>
            </w:pPr>
          </w:p>
        </w:tc>
      </w:tr>
    </w:tbl>
    <w:p w14:paraId="61B68227" w14:textId="77777777" w:rsidR="00A235D4" w:rsidRDefault="00000000">
      <w:pPr>
        <w:spacing w:after="150" w:line="304" w:lineRule="auto"/>
        <w:ind w:left="360"/>
      </w:pPr>
      <w:r>
        <w:rPr>
          <w:rFonts w:ascii="Times New Roman" w:eastAsia="Times New Roman" w:hAnsi="Times New Roman" w:cs="Times New Roman"/>
          <w:color w:val="333333"/>
        </w:rPr>
        <w:t>Sản phẩm/Dịch vụ 3:</w:t>
      </w:r>
    </w:p>
    <w:tbl>
      <w:tblPr>
        <w:tblW w:w="0" w:type="auto"/>
        <w:jc w:val="center"/>
        <w:tblBorders>
          <w:top w:val="nil"/>
          <w:left w:val="nil"/>
          <w:bottom w:val="nil"/>
          <w:right w:val="nil"/>
          <w:insideH w:val="nil"/>
          <w:insideV w:val="nil"/>
        </w:tblBorders>
        <w:tblLook w:val="04A0" w:firstRow="1" w:lastRow="0" w:firstColumn="1" w:lastColumn="0" w:noHBand="0" w:noVBand="1"/>
      </w:tblPr>
      <w:tblGrid>
        <w:gridCol w:w="8640"/>
      </w:tblGrid>
      <w:tr w:rsidR="00A235D4" w14:paraId="2F49EF34" w14:textId="77777777">
        <w:trPr>
          <w:jc w:val="center"/>
        </w:trPr>
        <w:tc>
          <w:tcPr>
            <w:tcW w:w="10800" w:type="dxa"/>
            <w:tcBorders>
              <w:top w:val="nil"/>
              <w:left w:val="nil"/>
              <w:bottom w:val="single" w:sz="6" w:space="0" w:color="000000"/>
              <w:right w:val="nil"/>
            </w:tcBorders>
          </w:tcPr>
          <w:p w14:paraId="31AC0509" w14:textId="77777777" w:rsidR="00000000" w:rsidRDefault="00000000">
            <w:pPr>
              <w:spacing w:after="0" w:line="240" w:lineRule="auto"/>
            </w:pPr>
          </w:p>
        </w:tc>
      </w:tr>
    </w:tbl>
    <w:p w14:paraId="426A7BED" w14:textId="77777777" w:rsidR="00A235D4" w:rsidRDefault="00000000">
      <w:pPr>
        <w:spacing w:after="150" w:line="304" w:lineRule="auto"/>
        <w:ind w:left="360"/>
      </w:pPr>
      <w:r>
        <w:rPr>
          <w:rFonts w:ascii="Times New Roman" w:eastAsia="Times New Roman" w:hAnsi="Times New Roman" w:cs="Times New Roman"/>
          <w:color w:val="333333"/>
        </w:rPr>
        <w:t>Sản phẩm/Dịch vụ 4:</w:t>
      </w:r>
    </w:p>
    <w:tbl>
      <w:tblPr>
        <w:tblW w:w="0" w:type="auto"/>
        <w:jc w:val="center"/>
        <w:tblBorders>
          <w:top w:val="nil"/>
          <w:left w:val="nil"/>
          <w:bottom w:val="nil"/>
          <w:right w:val="nil"/>
          <w:insideH w:val="nil"/>
          <w:insideV w:val="nil"/>
        </w:tblBorders>
        <w:tblLook w:val="04A0" w:firstRow="1" w:lastRow="0" w:firstColumn="1" w:lastColumn="0" w:noHBand="0" w:noVBand="1"/>
      </w:tblPr>
      <w:tblGrid>
        <w:gridCol w:w="8640"/>
      </w:tblGrid>
      <w:tr w:rsidR="00A235D4" w14:paraId="30BDC794" w14:textId="77777777">
        <w:trPr>
          <w:jc w:val="center"/>
        </w:trPr>
        <w:tc>
          <w:tcPr>
            <w:tcW w:w="10800" w:type="dxa"/>
            <w:tcBorders>
              <w:top w:val="nil"/>
              <w:left w:val="nil"/>
              <w:bottom w:val="single" w:sz="6" w:space="0" w:color="000000"/>
              <w:right w:val="nil"/>
            </w:tcBorders>
          </w:tcPr>
          <w:p w14:paraId="0A210B5E" w14:textId="77777777" w:rsidR="00000000" w:rsidRDefault="00000000">
            <w:pPr>
              <w:spacing w:after="0" w:line="240" w:lineRule="auto"/>
            </w:pPr>
          </w:p>
        </w:tc>
      </w:tr>
    </w:tbl>
    <w:p w14:paraId="7B9E359B" w14:textId="77777777" w:rsidR="00A235D4" w:rsidRDefault="00000000">
      <w:pPr>
        <w:spacing w:after="150" w:line="304" w:lineRule="auto"/>
        <w:ind w:left="360"/>
      </w:pPr>
      <w:r>
        <w:rPr>
          <w:rFonts w:ascii="Times New Roman" w:eastAsia="Times New Roman" w:hAnsi="Times New Roman" w:cs="Times New Roman"/>
          <w:color w:val="333333"/>
        </w:rPr>
        <w:t>Sản phẩm/Dịch vụ 5:</w:t>
      </w:r>
    </w:p>
    <w:tbl>
      <w:tblPr>
        <w:tblW w:w="0" w:type="auto"/>
        <w:jc w:val="center"/>
        <w:tblBorders>
          <w:top w:val="nil"/>
          <w:left w:val="nil"/>
          <w:bottom w:val="nil"/>
          <w:right w:val="nil"/>
          <w:insideH w:val="nil"/>
          <w:insideV w:val="nil"/>
        </w:tblBorders>
        <w:tblLook w:val="04A0" w:firstRow="1" w:lastRow="0" w:firstColumn="1" w:lastColumn="0" w:noHBand="0" w:noVBand="1"/>
      </w:tblPr>
      <w:tblGrid>
        <w:gridCol w:w="8640"/>
      </w:tblGrid>
      <w:tr w:rsidR="00A235D4" w14:paraId="3C52C3F6" w14:textId="77777777">
        <w:trPr>
          <w:jc w:val="center"/>
        </w:trPr>
        <w:tc>
          <w:tcPr>
            <w:tcW w:w="10800" w:type="dxa"/>
            <w:tcBorders>
              <w:top w:val="nil"/>
              <w:left w:val="nil"/>
              <w:bottom w:val="single" w:sz="6" w:space="0" w:color="000000"/>
              <w:right w:val="nil"/>
            </w:tcBorders>
          </w:tcPr>
          <w:p w14:paraId="7F7B6807" w14:textId="77777777" w:rsidR="00000000" w:rsidRDefault="00000000">
            <w:pPr>
              <w:spacing w:after="0" w:line="240" w:lineRule="auto"/>
            </w:pPr>
          </w:p>
        </w:tc>
      </w:tr>
    </w:tbl>
    <w:p w14:paraId="4E34921A" w14:textId="77777777" w:rsidR="00A235D4" w:rsidRDefault="00000000">
      <w:pPr>
        <w:pStyle w:val="Heading3"/>
        <w:pBdr>
          <w:bottom w:val="single" w:sz="6" w:space="0" w:color="000000"/>
        </w:pBdr>
        <w:spacing w:before="375" w:after="75" w:line="304" w:lineRule="auto"/>
      </w:pPr>
      <w:bookmarkStart w:id="4" w:name="section-1-4"/>
      <w:r>
        <w:rPr>
          <w:rFonts w:ascii="Times New Roman" w:eastAsia="Times New Roman" w:hAnsi="Times New Roman" w:cs="Times New Roman"/>
          <w:color w:val="333333"/>
          <w:sz w:val="24"/>
        </w:rPr>
        <w:t>IV. NHU CẦU ĐẦU TƯ (NẾU CÓ)</w:t>
      </w:r>
      <w:bookmarkEnd w:id="4"/>
    </w:p>
    <w:p w14:paraId="51D5D233" w14:textId="77777777" w:rsidR="00A235D4" w:rsidRDefault="00000000">
      <w:pPr>
        <w:spacing w:line="304" w:lineRule="auto"/>
      </w:pPr>
      <w:r>
        <w:rPr>
          <w:rFonts w:ascii="Times New Roman" w:eastAsia="Times New Roman" w:hAnsi="Times New Roman" w:cs="Times New Roman"/>
          <w:b/>
          <w:color w:val="333333"/>
        </w:rPr>
        <w:t>3. Nếu bạn là nhà đầu tư, vui lòng cho biết các lĩnh vực/hạng mục mà bạn quan tâm đầu tư tại Trung Quốc:</w:t>
      </w:r>
    </w:p>
    <w:p w14:paraId="12EDD7CE" w14:textId="77777777" w:rsidR="00A235D4" w:rsidRDefault="00A235D4">
      <w:pPr>
        <w:pBdr>
          <w:top w:val="single" w:sz="6" w:space="0" w:color="CCCCCC"/>
          <w:left w:val="single" w:sz="6" w:space="0" w:color="CCCCCC"/>
          <w:bottom w:val="single" w:sz="6" w:space="0" w:color="CCCCCC"/>
          <w:right w:val="single" w:sz="6" w:space="0" w:color="CCCCCC"/>
        </w:pBdr>
        <w:spacing w:before="75" w:after="75" w:line="304" w:lineRule="auto"/>
        <w:ind w:left="75" w:right="75"/>
      </w:pPr>
    </w:p>
    <w:p w14:paraId="497CB52E" w14:textId="77777777" w:rsidR="00A235D4" w:rsidRDefault="00000000">
      <w:pPr>
        <w:pStyle w:val="Heading3"/>
        <w:pBdr>
          <w:bottom w:val="single" w:sz="6" w:space="0" w:color="000000"/>
        </w:pBdr>
        <w:spacing w:before="375" w:after="75" w:line="304" w:lineRule="auto"/>
      </w:pPr>
      <w:bookmarkStart w:id="5" w:name="section-1-5"/>
      <w:r>
        <w:rPr>
          <w:rFonts w:ascii="Times New Roman" w:eastAsia="Times New Roman" w:hAnsi="Times New Roman" w:cs="Times New Roman"/>
          <w:color w:val="333333"/>
          <w:sz w:val="24"/>
        </w:rPr>
        <w:t>V. MỤC TIÊU THAM GIA CHƯƠNG TRÌNH</w:t>
      </w:r>
      <w:bookmarkEnd w:id="5"/>
    </w:p>
    <w:p w14:paraId="2E3E1F35" w14:textId="77777777" w:rsidR="00A235D4" w:rsidRDefault="00000000">
      <w:pPr>
        <w:spacing w:after="120" w:line="304" w:lineRule="auto"/>
      </w:pPr>
      <w:proofErr w:type="spellStart"/>
      <w:r>
        <w:rPr>
          <w:rFonts w:ascii="Times New Roman" w:eastAsia="Times New Roman" w:hAnsi="Times New Roman" w:cs="Times New Roman"/>
          <w:color w:val="333333"/>
        </w:rPr>
        <w:t>Tìm</w:t>
      </w:r>
      <w:proofErr w:type="spellEnd"/>
      <w:r>
        <w:rPr>
          <w:rFonts w:ascii="Times New Roman" w:eastAsia="Times New Roman" w:hAnsi="Times New Roman" w:cs="Times New Roman"/>
          <w:color w:val="333333"/>
        </w:rPr>
        <w:t xml:space="preserve"> </w:t>
      </w:r>
      <w:proofErr w:type="spellStart"/>
      <w:r>
        <w:rPr>
          <w:rFonts w:ascii="Times New Roman" w:eastAsia="Times New Roman" w:hAnsi="Times New Roman" w:cs="Times New Roman"/>
          <w:color w:val="333333"/>
        </w:rPr>
        <w:t>kiếm</w:t>
      </w:r>
      <w:proofErr w:type="spellEnd"/>
      <w:r>
        <w:rPr>
          <w:rFonts w:ascii="Times New Roman" w:eastAsia="Times New Roman" w:hAnsi="Times New Roman" w:cs="Times New Roman"/>
          <w:color w:val="333333"/>
        </w:rPr>
        <w:t xml:space="preserve"> </w:t>
      </w:r>
      <w:proofErr w:type="spellStart"/>
      <w:r>
        <w:rPr>
          <w:rFonts w:ascii="Times New Roman" w:eastAsia="Times New Roman" w:hAnsi="Times New Roman" w:cs="Times New Roman"/>
          <w:color w:val="333333"/>
        </w:rPr>
        <w:t>nhà</w:t>
      </w:r>
      <w:proofErr w:type="spellEnd"/>
      <w:r>
        <w:rPr>
          <w:rFonts w:ascii="Times New Roman" w:eastAsia="Times New Roman" w:hAnsi="Times New Roman" w:cs="Times New Roman"/>
          <w:color w:val="333333"/>
        </w:rPr>
        <w:t xml:space="preserve"> </w:t>
      </w:r>
      <w:proofErr w:type="spellStart"/>
      <w:r>
        <w:rPr>
          <w:rFonts w:ascii="Times New Roman" w:eastAsia="Times New Roman" w:hAnsi="Times New Roman" w:cs="Times New Roman"/>
          <w:color w:val="333333"/>
        </w:rPr>
        <w:t>cung</w:t>
      </w:r>
      <w:proofErr w:type="spellEnd"/>
      <w:r>
        <w:rPr>
          <w:rFonts w:ascii="Times New Roman" w:eastAsia="Times New Roman" w:hAnsi="Times New Roman" w:cs="Times New Roman"/>
          <w:color w:val="333333"/>
        </w:rPr>
        <w:t xml:space="preserve"> cấp</w:t>
      </w:r>
    </w:p>
    <w:p w14:paraId="2E0AE5C7" w14:textId="77777777" w:rsidR="004E720D" w:rsidRDefault="004E720D" w:rsidP="004E720D">
      <w:pPr>
        <w:pBdr>
          <w:top w:val="single" w:sz="6" w:space="0" w:color="CCCCCC"/>
          <w:left w:val="single" w:sz="6" w:space="0" w:color="CCCCCC"/>
          <w:bottom w:val="single" w:sz="6" w:space="0" w:color="CCCCCC"/>
          <w:right w:val="single" w:sz="6" w:space="0" w:color="CCCCCC"/>
        </w:pBdr>
        <w:spacing w:before="75" w:after="75" w:line="304" w:lineRule="auto"/>
        <w:ind w:left="75" w:right="75"/>
      </w:pPr>
    </w:p>
    <w:p w14:paraId="52D152C1" w14:textId="77777777" w:rsidR="00A235D4" w:rsidRDefault="00000000">
      <w:pPr>
        <w:spacing w:after="120" w:line="304" w:lineRule="auto"/>
      </w:pPr>
      <w:proofErr w:type="spellStart"/>
      <w:r>
        <w:rPr>
          <w:rFonts w:ascii="Times New Roman" w:eastAsia="Times New Roman" w:hAnsi="Times New Roman" w:cs="Times New Roman"/>
          <w:color w:val="333333"/>
        </w:rPr>
        <w:t>Mở</w:t>
      </w:r>
      <w:proofErr w:type="spellEnd"/>
      <w:r>
        <w:rPr>
          <w:rFonts w:ascii="Times New Roman" w:eastAsia="Times New Roman" w:hAnsi="Times New Roman" w:cs="Times New Roman"/>
          <w:color w:val="333333"/>
        </w:rPr>
        <w:t xml:space="preserve"> </w:t>
      </w:r>
      <w:proofErr w:type="spellStart"/>
      <w:r>
        <w:rPr>
          <w:rFonts w:ascii="Times New Roman" w:eastAsia="Times New Roman" w:hAnsi="Times New Roman" w:cs="Times New Roman"/>
          <w:color w:val="333333"/>
        </w:rPr>
        <w:t>rộng</w:t>
      </w:r>
      <w:proofErr w:type="spellEnd"/>
      <w:r>
        <w:rPr>
          <w:rFonts w:ascii="Times New Roman" w:eastAsia="Times New Roman" w:hAnsi="Times New Roman" w:cs="Times New Roman"/>
          <w:color w:val="333333"/>
        </w:rPr>
        <w:t xml:space="preserve"> </w:t>
      </w:r>
      <w:proofErr w:type="spellStart"/>
      <w:r>
        <w:rPr>
          <w:rFonts w:ascii="Times New Roman" w:eastAsia="Times New Roman" w:hAnsi="Times New Roman" w:cs="Times New Roman"/>
          <w:color w:val="333333"/>
        </w:rPr>
        <w:t>thị</w:t>
      </w:r>
      <w:proofErr w:type="spellEnd"/>
      <w:r>
        <w:rPr>
          <w:rFonts w:ascii="Times New Roman" w:eastAsia="Times New Roman" w:hAnsi="Times New Roman" w:cs="Times New Roman"/>
          <w:color w:val="333333"/>
        </w:rPr>
        <w:t xml:space="preserve"> </w:t>
      </w:r>
      <w:proofErr w:type="spellStart"/>
      <w:r>
        <w:rPr>
          <w:rFonts w:ascii="Times New Roman" w:eastAsia="Times New Roman" w:hAnsi="Times New Roman" w:cs="Times New Roman"/>
          <w:color w:val="333333"/>
        </w:rPr>
        <w:t>trường</w:t>
      </w:r>
      <w:proofErr w:type="spellEnd"/>
    </w:p>
    <w:p w14:paraId="4444D11A" w14:textId="77777777" w:rsidR="004E720D" w:rsidRDefault="004E720D" w:rsidP="004E720D">
      <w:pPr>
        <w:pBdr>
          <w:top w:val="single" w:sz="6" w:space="0" w:color="CCCCCC"/>
          <w:left w:val="single" w:sz="6" w:space="0" w:color="CCCCCC"/>
          <w:bottom w:val="single" w:sz="6" w:space="0" w:color="CCCCCC"/>
          <w:right w:val="single" w:sz="6" w:space="0" w:color="CCCCCC"/>
        </w:pBdr>
        <w:spacing w:before="75" w:after="75" w:line="304" w:lineRule="auto"/>
        <w:ind w:left="75" w:right="75"/>
      </w:pPr>
    </w:p>
    <w:p w14:paraId="6BE3C546" w14:textId="77777777" w:rsidR="00A235D4" w:rsidRDefault="00000000">
      <w:pPr>
        <w:spacing w:after="120" w:line="304" w:lineRule="auto"/>
      </w:pPr>
      <w:proofErr w:type="spellStart"/>
      <w:r>
        <w:rPr>
          <w:rFonts w:ascii="Times New Roman" w:eastAsia="Times New Roman" w:hAnsi="Times New Roman" w:cs="Times New Roman"/>
          <w:color w:val="333333"/>
        </w:rPr>
        <w:t>Đầu</w:t>
      </w:r>
      <w:proofErr w:type="spellEnd"/>
      <w:r>
        <w:rPr>
          <w:rFonts w:ascii="Times New Roman" w:eastAsia="Times New Roman" w:hAnsi="Times New Roman" w:cs="Times New Roman"/>
          <w:color w:val="333333"/>
        </w:rPr>
        <w:t xml:space="preserve"> </w:t>
      </w:r>
      <w:proofErr w:type="spellStart"/>
      <w:r>
        <w:rPr>
          <w:rFonts w:ascii="Times New Roman" w:eastAsia="Times New Roman" w:hAnsi="Times New Roman" w:cs="Times New Roman"/>
          <w:color w:val="333333"/>
        </w:rPr>
        <w:t>tư</w:t>
      </w:r>
      <w:proofErr w:type="spellEnd"/>
      <w:r>
        <w:rPr>
          <w:rFonts w:ascii="Times New Roman" w:eastAsia="Times New Roman" w:hAnsi="Times New Roman" w:cs="Times New Roman"/>
          <w:color w:val="333333"/>
        </w:rPr>
        <w:t xml:space="preserve"> </w:t>
      </w:r>
      <w:proofErr w:type="spellStart"/>
      <w:r>
        <w:rPr>
          <w:rFonts w:ascii="Times New Roman" w:eastAsia="Times New Roman" w:hAnsi="Times New Roman" w:cs="Times New Roman"/>
          <w:color w:val="333333"/>
        </w:rPr>
        <w:t>tại</w:t>
      </w:r>
      <w:proofErr w:type="spellEnd"/>
      <w:r>
        <w:rPr>
          <w:rFonts w:ascii="Times New Roman" w:eastAsia="Times New Roman" w:hAnsi="Times New Roman" w:cs="Times New Roman"/>
          <w:color w:val="333333"/>
        </w:rPr>
        <w:t xml:space="preserve"> Trung Quốc</w:t>
      </w:r>
    </w:p>
    <w:p w14:paraId="5C574FF2" w14:textId="77777777" w:rsidR="004E720D" w:rsidRDefault="004E720D" w:rsidP="004E720D">
      <w:pPr>
        <w:pBdr>
          <w:top w:val="single" w:sz="6" w:space="0" w:color="CCCCCC"/>
          <w:left w:val="single" w:sz="6" w:space="0" w:color="CCCCCC"/>
          <w:bottom w:val="single" w:sz="6" w:space="0" w:color="CCCCCC"/>
          <w:right w:val="single" w:sz="6" w:space="0" w:color="CCCCCC"/>
        </w:pBdr>
        <w:spacing w:before="75" w:after="75" w:line="304" w:lineRule="auto"/>
        <w:ind w:left="75" w:right="75"/>
      </w:pPr>
    </w:p>
    <w:p w14:paraId="46998495" w14:textId="77777777" w:rsidR="00A235D4" w:rsidRDefault="00000000">
      <w:pPr>
        <w:spacing w:after="120" w:line="304" w:lineRule="auto"/>
      </w:pPr>
      <w:proofErr w:type="spellStart"/>
      <w:r>
        <w:rPr>
          <w:rFonts w:ascii="Times New Roman" w:eastAsia="Times New Roman" w:hAnsi="Times New Roman" w:cs="Times New Roman"/>
          <w:color w:val="333333"/>
        </w:rPr>
        <w:t>Khác</w:t>
      </w:r>
      <w:proofErr w:type="spellEnd"/>
      <w:r>
        <w:rPr>
          <w:rFonts w:ascii="Times New Roman" w:eastAsia="Times New Roman" w:hAnsi="Times New Roman" w:cs="Times New Roman"/>
          <w:color w:val="333333"/>
        </w:rPr>
        <w:t>: ........................................................................................................................</w:t>
      </w:r>
    </w:p>
    <w:p w14:paraId="0A803288" w14:textId="77777777" w:rsidR="00A235D4" w:rsidRDefault="00000000">
      <w:pPr>
        <w:pStyle w:val="Heading3"/>
        <w:pBdr>
          <w:bottom w:val="single" w:sz="6" w:space="0" w:color="000000"/>
        </w:pBdr>
        <w:spacing w:before="375" w:after="75" w:line="304" w:lineRule="auto"/>
      </w:pPr>
      <w:bookmarkStart w:id="6" w:name="section-1-6"/>
      <w:r>
        <w:rPr>
          <w:rFonts w:ascii="Times New Roman" w:eastAsia="Times New Roman" w:hAnsi="Times New Roman" w:cs="Times New Roman"/>
          <w:color w:val="333333"/>
          <w:sz w:val="24"/>
        </w:rPr>
        <w:t>VI. HỒ SƠ ĐĂNG KÝ</w:t>
      </w:r>
      <w:bookmarkEnd w:id="6"/>
    </w:p>
    <w:p w14:paraId="731F3C2F" w14:textId="77777777" w:rsidR="00A235D4" w:rsidRDefault="00000000">
      <w:pPr>
        <w:spacing w:line="304" w:lineRule="auto"/>
      </w:pPr>
      <w:r>
        <w:rPr>
          <w:rFonts w:ascii="Times New Roman" w:eastAsia="Times New Roman" w:hAnsi="Times New Roman" w:cs="Times New Roman"/>
          <w:color w:val="333333"/>
        </w:rPr>
        <w:t>Chúng tôi gửi hồ sơ đăng ký như sau:</w:t>
      </w:r>
    </w:p>
    <w:p w14:paraId="1054BA6F" w14:textId="77777777" w:rsidR="00A235D4" w:rsidRDefault="00000000">
      <w:pPr>
        <w:pStyle w:val="ListBullet"/>
        <w:spacing w:line="304" w:lineRule="auto"/>
      </w:pPr>
      <w:r>
        <w:rPr>
          <w:rFonts w:ascii="Times New Roman" w:eastAsia="Times New Roman" w:hAnsi="Times New Roman" w:cs="Times New Roman"/>
          <w:color w:val="333333"/>
        </w:rPr>
        <w:t>Bản đơn đăng ký tham gia chương trình (theo file Mẫu);</w:t>
      </w:r>
    </w:p>
    <w:p w14:paraId="1D80E268" w14:textId="77777777" w:rsidR="00A235D4" w:rsidRDefault="00000000">
      <w:pPr>
        <w:pStyle w:val="ListBullet"/>
        <w:spacing w:line="304" w:lineRule="auto"/>
      </w:pPr>
      <w:r>
        <w:rPr>
          <w:rFonts w:ascii="Times New Roman" w:eastAsia="Times New Roman" w:hAnsi="Times New Roman" w:cs="Times New Roman"/>
          <w:color w:val="333333"/>
        </w:rPr>
        <w:t>Bản sao Giấy chứng nhận đăng ký kinh doanh có dấu mộc của đơn vị đăng ký tham gia.</w:t>
      </w:r>
    </w:p>
    <w:p w14:paraId="747A7E74" w14:textId="77777777" w:rsidR="00A235D4" w:rsidRDefault="00000000">
      <w:pPr>
        <w:spacing w:line="304" w:lineRule="auto"/>
      </w:pPr>
      <w:r>
        <w:rPr>
          <w:rFonts w:ascii="Times New Roman" w:eastAsia="Times New Roman" w:hAnsi="Times New Roman" w:cs="Times New Roman"/>
          <w:b/>
          <w:color w:val="333333"/>
        </w:rPr>
        <w:t>Hồ sơ gồm:</w:t>
      </w:r>
      <w:r>
        <w:rPr>
          <w:rFonts w:ascii="Times New Roman" w:eastAsia="Times New Roman" w:hAnsi="Times New Roman" w:cs="Times New Roman"/>
          <w:color w:val="333333"/>
        </w:rPr>
        <w:t xml:space="preserve"> 01 bản cứng gửi về địa chỉ:</w:t>
      </w:r>
    </w:p>
    <w:p w14:paraId="1A521DB5" w14:textId="77777777" w:rsidR="00A235D4" w:rsidRDefault="00000000">
      <w:pPr>
        <w:spacing w:line="304" w:lineRule="auto"/>
      </w:pPr>
      <w:r>
        <w:rPr>
          <w:rFonts w:ascii="Times New Roman" w:eastAsia="Times New Roman" w:hAnsi="Times New Roman" w:cs="Times New Roman"/>
          <w:b/>
          <w:color w:val="333333"/>
        </w:rPr>
        <w:t>PHÒNG THƯƠNG MẠI TOÀN CẦU (Global Chamber Việt Nam)</w:t>
      </w:r>
    </w:p>
    <w:p w14:paraId="5B4A5C14" w14:textId="77777777" w:rsidR="00A235D4" w:rsidRDefault="00000000">
      <w:pPr>
        <w:spacing w:line="304" w:lineRule="auto"/>
      </w:pPr>
      <w:r>
        <w:rPr>
          <w:rFonts w:ascii="Times New Roman" w:eastAsia="Times New Roman" w:hAnsi="Times New Roman" w:cs="Times New Roman"/>
          <w:color w:val="333333"/>
        </w:rPr>
        <w:t>Địa chỉ: 3/1 đường 21, Phường An Khánh, Tp Hồ Chí Minh.</w:t>
      </w:r>
    </w:p>
    <w:p w14:paraId="4EBB555D" w14:textId="77777777" w:rsidR="00A235D4" w:rsidRDefault="00000000">
      <w:pPr>
        <w:spacing w:line="304" w:lineRule="auto"/>
      </w:pPr>
      <w:r>
        <w:rPr>
          <w:rFonts w:ascii="Times New Roman" w:eastAsia="Times New Roman" w:hAnsi="Times New Roman" w:cs="Times New Roman"/>
          <w:color w:val="333333"/>
        </w:rPr>
        <w:t>Người liên hệ: Anh Bình (SĐT: 0583524436 - Mr. Bình).</w:t>
      </w:r>
    </w:p>
    <w:p w14:paraId="03C6B26C" w14:textId="77777777" w:rsidR="00A235D4" w:rsidRDefault="00000000">
      <w:pPr>
        <w:spacing w:line="304" w:lineRule="auto"/>
      </w:pPr>
      <w:r>
        <w:rPr>
          <w:rFonts w:ascii="Times New Roman" w:eastAsia="Times New Roman" w:hAnsi="Times New Roman" w:cs="Times New Roman"/>
          <w:color w:val="333333"/>
        </w:rPr>
        <w:t xml:space="preserve">Và 01 bản mềm về hộp thư: </w:t>
      </w:r>
      <w:r>
        <w:rPr>
          <w:rFonts w:ascii="Times New Roman" w:eastAsia="Times New Roman" w:hAnsi="Times New Roman" w:cs="Times New Roman"/>
          <w:b/>
          <w:color w:val="333333"/>
        </w:rPr>
        <w:t>info@globalchamber.vn</w:t>
      </w:r>
    </w:p>
    <w:p w14:paraId="78B78058" w14:textId="77777777" w:rsidR="00A235D4" w:rsidRDefault="00000000">
      <w:pPr>
        <w:pStyle w:val="Heading3"/>
        <w:pBdr>
          <w:bottom w:val="single" w:sz="6" w:space="0" w:color="000000"/>
        </w:pBdr>
        <w:spacing w:before="375" w:after="75" w:line="304" w:lineRule="auto"/>
      </w:pPr>
      <w:bookmarkStart w:id="7" w:name="section-1-7"/>
      <w:r>
        <w:rPr>
          <w:rFonts w:ascii="Times New Roman" w:eastAsia="Times New Roman" w:hAnsi="Times New Roman" w:cs="Times New Roman"/>
          <w:color w:val="333333"/>
          <w:sz w:val="24"/>
        </w:rPr>
        <w:lastRenderedPageBreak/>
        <w:t>VII. CAM KẾT</w:t>
      </w:r>
      <w:bookmarkEnd w:id="7"/>
    </w:p>
    <w:p w14:paraId="32C3A921" w14:textId="77777777" w:rsidR="00A235D4" w:rsidRDefault="00000000">
      <w:pPr>
        <w:spacing w:line="304" w:lineRule="auto"/>
      </w:pPr>
      <w:r>
        <w:rPr>
          <w:rFonts w:ascii="Times New Roman" w:eastAsia="Times New Roman" w:hAnsi="Times New Roman" w:cs="Times New Roman"/>
          <w:i/>
          <w:color w:val="333333"/>
        </w:rPr>
        <w:t>Chúng tôi cam kết tham gia đầy đủ mọi hoạt động của Chương trình, chấp hành nghiêm chỉnh nội quy và quy định của Ban tổ chức Đoàn doanh nghiệp Việt Nam, các quy định của pháp luật Việt Nam và nước sở tại./.</w:t>
      </w:r>
    </w:p>
    <w:tbl>
      <w:tblPr>
        <w:tblW w:w="10468" w:type="dxa"/>
        <w:tblInd w:w="-792" w:type="dxa"/>
        <w:tblBorders>
          <w:top w:val="nil"/>
          <w:left w:val="nil"/>
          <w:bottom w:val="nil"/>
          <w:right w:val="nil"/>
          <w:insideH w:val="nil"/>
          <w:insideV w:val="nil"/>
        </w:tblBorders>
        <w:tblLayout w:type="fixed"/>
        <w:tblLook w:val="04A0" w:firstRow="1" w:lastRow="0" w:firstColumn="1" w:lastColumn="0" w:noHBand="0" w:noVBand="1"/>
      </w:tblPr>
      <w:tblGrid>
        <w:gridCol w:w="5234"/>
        <w:gridCol w:w="5234"/>
      </w:tblGrid>
      <w:tr w:rsidR="00A235D4" w14:paraId="4B7DF811" w14:textId="77777777" w:rsidTr="004E720D">
        <w:tc>
          <w:tcPr>
            <w:tcW w:w="5234" w:type="dxa"/>
            <w:tcBorders>
              <w:top w:val="nil"/>
              <w:left w:val="nil"/>
              <w:bottom w:val="nil"/>
              <w:right w:val="nil"/>
            </w:tcBorders>
          </w:tcPr>
          <w:p w14:paraId="173C25E4" w14:textId="77777777" w:rsidR="00A235D4" w:rsidRDefault="00A235D4"/>
          <w:p w14:paraId="79865991" w14:textId="77777777" w:rsidR="00A235D4" w:rsidRDefault="00000000">
            <w:pPr>
              <w:spacing w:before="75" w:after="75" w:line="304" w:lineRule="auto"/>
              <w:jc w:val="center"/>
            </w:pPr>
            <w:r>
              <w:rPr>
                <w:rFonts w:ascii="Times New Roman" w:eastAsia="Times New Roman" w:hAnsi="Times New Roman" w:cs="Times New Roman"/>
                <w:b/>
                <w:color w:val="333333"/>
              </w:rPr>
              <w:t>Chữ ký người tham gia</w:t>
            </w:r>
          </w:p>
          <w:p w14:paraId="3227034B" w14:textId="77777777" w:rsidR="00A235D4" w:rsidRDefault="00000000">
            <w:pPr>
              <w:spacing w:before="75" w:after="75" w:line="304" w:lineRule="auto"/>
              <w:jc w:val="center"/>
            </w:pPr>
            <w:r>
              <w:rPr>
                <w:rFonts w:ascii="Times New Roman" w:eastAsia="Times New Roman" w:hAnsi="Times New Roman" w:cs="Times New Roman"/>
                <w:i/>
                <w:color w:val="333333"/>
              </w:rPr>
              <w:t>(Signature)</w:t>
            </w:r>
            <w:r>
              <w:br/>
            </w:r>
            <w:r>
              <w:br/>
            </w:r>
            <w:r>
              <w:br/>
            </w:r>
            <w:r>
              <w:br/>
            </w:r>
          </w:p>
          <w:p w14:paraId="1DB61237" w14:textId="77777777" w:rsidR="00A235D4" w:rsidRDefault="00000000">
            <w:pPr>
              <w:spacing w:before="75" w:after="75" w:line="304" w:lineRule="auto"/>
              <w:jc w:val="center"/>
            </w:pPr>
            <w:r>
              <w:rPr>
                <w:rFonts w:ascii="Times New Roman" w:eastAsia="Times New Roman" w:hAnsi="Times New Roman" w:cs="Times New Roman"/>
                <w:color w:val="333333"/>
              </w:rPr>
              <w:t>Ngày (Date - MM/DD/YY): ..../..../2026</w:t>
            </w:r>
          </w:p>
        </w:tc>
        <w:tc>
          <w:tcPr>
            <w:tcW w:w="5234" w:type="dxa"/>
            <w:tcBorders>
              <w:top w:val="nil"/>
              <w:left w:val="nil"/>
              <w:bottom w:val="nil"/>
              <w:right w:val="nil"/>
            </w:tcBorders>
          </w:tcPr>
          <w:p w14:paraId="6CE583C5" w14:textId="77777777" w:rsidR="00A235D4" w:rsidRDefault="00A235D4"/>
          <w:p w14:paraId="3BFD1AD2" w14:textId="77777777" w:rsidR="00A235D4" w:rsidRDefault="00000000">
            <w:pPr>
              <w:spacing w:before="75" w:after="75" w:line="304" w:lineRule="auto"/>
              <w:jc w:val="center"/>
            </w:pPr>
            <w:r>
              <w:rPr>
                <w:rFonts w:ascii="Times New Roman" w:eastAsia="Times New Roman" w:hAnsi="Times New Roman" w:cs="Times New Roman"/>
                <w:color w:val="333333"/>
              </w:rPr>
              <w:t>........, ngày ....... tháng ....... năm 2026</w:t>
            </w:r>
          </w:p>
          <w:p w14:paraId="77FAC6AC" w14:textId="77777777" w:rsidR="00A235D4" w:rsidRDefault="00000000">
            <w:pPr>
              <w:spacing w:before="75" w:after="75" w:line="304" w:lineRule="auto"/>
              <w:jc w:val="center"/>
            </w:pPr>
            <w:r>
              <w:rPr>
                <w:rFonts w:ascii="Times New Roman" w:eastAsia="Times New Roman" w:hAnsi="Times New Roman" w:cs="Times New Roman"/>
                <w:b/>
                <w:color w:val="333333"/>
              </w:rPr>
              <w:t>Thủ trưởng đơn vị</w:t>
            </w:r>
          </w:p>
          <w:p w14:paraId="6AA4B343" w14:textId="77777777" w:rsidR="00A235D4" w:rsidRDefault="00000000">
            <w:pPr>
              <w:spacing w:before="75" w:after="75" w:line="304" w:lineRule="auto"/>
              <w:jc w:val="center"/>
            </w:pPr>
            <w:r>
              <w:rPr>
                <w:rFonts w:ascii="Times New Roman" w:eastAsia="Times New Roman" w:hAnsi="Times New Roman" w:cs="Times New Roman"/>
                <w:i/>
                <w:color w:val="333333"/>
              </w:rPr>
              <w:t>(Ký tên, đóng dấu)</w:t>
            </w:r>
            <w:r>
              <w:br/>
            </w:r>
            <w:r>
              <w:br/>
            </w:r>
            <w:r>
              <w:br/>
            </w:r>
            <w:r>
              <w:br/>
            </w:r>
          </w:p>
        </w:tc>
      </w:tr>
    </w:tbl>
    <w:p w14:paraId="3AA27F24" w14:textId="77777777" w:rsidR="00710AFD" w:rsidRDefault="00710AFD"/>
    <w:sectPr w:rsidR="00710AFD" w:rsidSect="004E720D">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16cid:durableId="510488804">
    <w:abstractNumId w:val="8"/>
  </w:num>
  <w:num w:numId="2" w16cid:durableId="1043408212">
    <w:abstractNumId w:val="6"/>
  </w:num>
  <w:num w:numId="3" w16cid:durableId="1768383533">
    <w:abstractNumId w:val="5"/>
  </w:num>
  <w:num w:numId="4" w16cid:durableId="242422617">
    <w:abstractNumId w:val="4"/>
  </w:num>
  <w:num w:numId="5" w16cid:durableId="1510635642">
    <w:abstractNumId w:val="7"/>
  </w:num>
  <w:num w:numId="6" w16cid:durableId="1848134013">
    <w:abstractNumId w:val="3"/>
  </w:num>
  <w:num w:numId="7" w16cid:durableId="1021014235">
    <w:abstractNumId w:val="2"/>
  </w:num>
  <w:num w:numId="8" w16cid:durableId="105926105">
    <w:abstractNumId w:val="1"/>
  </w:num>
  <w:num w:numId="9" w16cid:durableId="9968874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34616"/>
    <w:rsid w:val="0006063C"/>
    <w:rsid w:val="0015074B"/>
    <w:rsid w:val="0029639D"/>
    <w:rsid w:val="00326F90"/>
    <w:rsid w:val="004E720D"/>
    <w:rsid w:val="00710AFD"/>
    <w:rsid w:val="0092039B"/>
    <w:rsid w:val="00A235D4"/>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A5FD8F4"/>
  <w14:defaultImageDpi w14:val="300"/>
  <w15:docId w15:val="{53FA9BB6-D10F-4502-B426-B7D2F28EF2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E720D"/>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webSettings" Target="webSettings.xml"/><Relationship Id="rId4"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Pages>
  <Words>386</Words>
  <Characters>2201</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2582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RICHARD HO</cp:lastModifiedBy>
  <cp:revision>1</cp:revision>
  <dcterms:created xsi:type="dcterms:W3CDTF">2013-12-23T23:15:00Z</dcterms:created>
  <dcterms:modified xsi:type="dcterms:W3CDTF">2026-04-06T08:34:00Z</dcterms:modified>
  <cp:category/>
</cp:coreProperties>
</file>